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before="0"/>
      </w:pPr>
      <w:r>
        <w:rPr>
          <w:b/>
          <w:i w:val="0"/>
          <w:sz w:val="36"/>
        </w:rPr>
        <w:t>Marisol Ibarra</w:t>
      </w:r>
    </w:p>
    <w:p>
      <w:pPr>
        <w:spacing w:after="40" w:before="0"/>
      </w:pPr>
      <w:r>
        <w:rPr>
          <w:b/>
          <w:i w:val="0"/>
          <w:color w:val="1D7A53"/>
          <w:sz w:val="23"/>
        </w:rPr>
        <w:t>Security Site Supervisor, APP</w:t>
      </w:r>
    </w:p>
    <w:p>
      <w:pPr>
        <w:spacing w:after="160" w:before="0"/>
      </w:pPr>
      <w:r>
        <w:rPr>
          <w:b w:val="0"/>
          <w:i w:val="0"/>
          <w:color w:val="5B6672"/>
          <w:sz w:val="19"/>
        </w:rPr>
        <w:t>Sacramento, CA | marisol.ibarra@email.com | (555) 012-4418 | linkedin.com/in/marisolibarra</w:t>
      </w:r>
    </w:p>
    <w:p>
      <w:pPr>
        <w:spacing w:after="60" w:before="200"/>
      </w:pPr>
      <w:r>
        <w:rPr>
          <w:b/>
          <w:i w:val="0"/>
          <w:color w:val="1D7A53"/>
          <w:sz w:val="21"/>
        </w:rPr>
        <w:t>PROFESSIONAL SUMMARY</w:t>
      </w:r>
    </w:p>
    <w:p>
      <w:pPr>
        <w:spacing w:after="80" w:before="0"/>
      </w:pPr>
      <w:r>
        <w:rPr>
          <w:b w:val="0"/>
          <w:i w:val="0"/>
          <w:sz w:val="21"/>
        </w:rPr>
        <w:t>Security site supervisor with 4 years in contract security and a B.S. in criminal justice, now running a multi-shift officer team at a large distribution center. ASIS Associate Protection Professional (APP), bilingual in English and Spanish, with incident reporting, post order and access control skills. Ready for an assistant security manager or security manager role.</w:t>
      </w:r>
    </w:p>
    <w:p>
      <w:pPr>
        <w:spacing w:after="60" w:before="200"/>
      </w:pPr>
      <w:r>
        <w:rPr>
          <w:b/>
          <w:i w:val="0"/>
          <w:color w:val="1D7A53"/>
          <w:sz w:val="21"/>
        </w:rPr>
        <w:t>SKILLS</w:t>
      </w:r>
    </w:p>
    <w:p>
      <w:pPr>
        <w:spacing w:after="80" w:before="0"/>
      </w:pPr>
      <w:r>
        <w:rPr>
          <w:b w:val="0"/>
          <w:i w:val="0"/>
          <w:sz w:val="21"/>
        </w:rPr>
        <w:t>Officer scheduling and shift coverage | Post orders and site SOPs | Incident report writing | Access control and badging | CCTV and alarm monitoring | Patrol and guard tour compliance | De-escalation and conflict resolution | Emergency response and evacuation | Theft investigation support | Officer training and onboarding</w:t>
      </w:r>
    </w:p>
    <w:p>
      <w:pPr>
        <w:spacing w:after="60" w:before="200"/>
      </w:pPr>
      <w:r>
        <w:rPr>
          <w:b/>
          <w:i w:val="0"/>
          <w:color w:val="1D7A53"/>
          <w:sz w:val="21"/>
        </w:rPr>
        <w:t>PROFESSIONAL EXPERIENCE</w:t>
      </w:r>
    </w:p>
    <w:p>
      <w:pPr>
        <w:spacing w:after="20" w:before="0"/>
      </w:pPr>
      <w:r>
        <w:rPr>
          <w:b w:val="0"/>
          <w:i w:val="0"/>
          <w:sz w:val="21"/>
        </w:rPr>
      </w:r>
      <w:r>
        <w:rPr>
          <w:b/>
        </w:rPr>
        <w:t>Security Site Supervisor</w:t>
      </w:r>
      <w:r>
        <w:t>, Tule Basin Security Services, Sacramento, CA</w:t>
      </w:r>
      <w:r>
        <w:rPr>
          <w:color w:val="5B6672"/>
        </w:rPr>
        <w:t xml:space="preserve">    2024-Present</w:t>
      </w:r>
    </w:p>
    <w:p>
      <w:pPr>
        <w:pStyle w:val="ListBullet"/>
        <w:spacing w:after="40"/>
      </w:pPr>
      <w:r>
        <w:rPr>
          <w:sz w:val="21"/>
        </w:rPr>
        <w:t>Supervise 14 officers on 3 shifts at a 1.2M sq ft distribution center, keeping 100% post coverage.</w:t>
      </w:r>
    </w:p>
    <w:p>
      <w:pPr>
        <w:pStyle w:val="ListBullet"/>
        <w:spacing w:after="40"/>
      </w:pPr>
      <w:r>
        <w:rPr>
          <w:sz w:val="21"/>
        </w:rPr>
        <w:t>Rewrote 9 outdated post orders with the client safety manager, then led the site's first zero-finding annual audit in 3 years.</w:t>
      </w:r>
    </w:p>
    <w:p>
      <w:pPr>
        <w:pStyle w:val="ListBullet"/>
        <w:spacing w:after="40"/>
      </w:pPr>
      <w:r>
        <w:rPr>
          <w:sz w:val="21"/>
        </w:rPr>
        <w:t>Cut trailer-yard thefts from 11 to 3 a year with randomized patrols verified by guard tour scans.</w:t>
      </w:r>
    </w:p>
    <w:p>
      <w:pPr>
        <w:pStyle w:val="ListBullet"/>
        <w:spacing w:after="40"/>
      </w:pPr>
      <w:r>
        <w:rPr>
          <w:sz w:val="21"/>
        </w:rPr>
        <w:t>Trained 6 new officers on report writing, radio protocol and de-escalation; all 6 completed probation and 5 remain on the account.</w:t>
      </w:r>
    </w:p>
    <w:p>
      <w:pPr>
        <w:spacing w:after="20" w:before="0"/>
      </w:pPr>
      <w:r>
        <w:rPr>
          <w:b w:val="0"/>
          <w:i w:val="0"/>
          <w:sz w:val="21"/>
        </w:rPr>
      </w:r>
      <w:r>
        <w:rPr>
          <w:b/>
        </w:rPr>
        <w:t>Security Officer</w:t>
      </w:r>
      <w:r>
        <w:t>, Tule Basin Security Services, Sacramento, CA</w:t>
      </w:r>
      <w:r>
        <w:rPr>
          <w:color w:val="5B6672"/>
        </w:rPr>
        <w:t xml:space="preserve">    2022-2024</w:t>
      </w:r>
    </w:p>
    <w:p>
      <w:pPr>
        <w:pStyle w:val="ListBullet"/>
        <w:spacing w:after="40"/>
      </w:pPr>
      <w:r>
        <w:rPr>
          <w:sz w:val="21"/>
        </w:rPr>
        <w:t>Controlled truck gates and employee entrances for 900+ daily badge holders, checking credentials, visitor logs and bills of lading against shipping schedules.</w:t>
      </w:r>
    </w:p>
    <w:p>
      <w:pPr>
        <w:pStyle w:val="ListBullet"/>
        <w:spacing w:after="40"/>
      </w:pPr>
      <w:r>
        <w:rPr>
          <w:sz w:val="21"/>
        </w:rPr>
        <w:t>Monitored 85 cameras and alarms from the site console, dispatching patrols to 40+ alarms a month.</w:t>
      </w:r>
    </w:p>
    <w:p>
      <w:pPr>
        <w:pStyle w:val="ListBullet"/>
        <w:spacing w:after="40"/>
      </w:pPr>
      <w:r>
        <w:rPr>
          <w:sz w:val="21"/>
        </w:rPr>
        <w:t>Promoted to site supervisor in 20 months at the client facility manager's request.</w:t>
      </w:r>
    </w:p>
    <w:p>
      <w:pPr>
        <w:spacing w:after="20" w:before="0"/>
      </w:pPr>
      <w:r>
        <w:rPr>
          <w:b w:val="0"/>
          <w:i w:val="0"/>
          <w:sz w:val="21"/>
        </w:rPr>
      </w:r>
      <w:r>
        <w:rPr>
          <w:b/>
        </w:rPr>
        <w:t>Event Security Staff (Part-Time)</w:t>
      </w:r>
      <w:r>
        <w:t>, Oakmere Event Services, Sacramento, CA</w:t>
      </w:r>
      <w:r>
        <w:rPr>
          <w:color w:val="5B6672"/>
        </w:rPr>
        <w:t xml:space="preserve">    2019-2022</w:t>
      </w:r>
    </w:p>
    <w:p>
      <w:pPr>
        <w:pStyle w:val="ListBullet"/>
        <w:spacing w:after="40"/>
      </w:pPr>
      <w:r>
        <w:rPr>
          <w:sz w:val="21"/>
        </w:rPr>
        <w:t>Screened guests with handheld metal detectors at concerts and college games of up to 18,000 attendees while completing a criminal justice degree.</w:t>
      </w:r>
    </w:p>
    <w:p>
      <w:pPr>
        <w:pStyle w:val="ListBullet"/>
        <w:spacing w:after="40"/>
      </w:pPr>
      <w:r>
        <w:rPr>
          <w:sz w:val="21"/>
        </w:rPr>
        <w:t>Handled crowd control, ejections and lost-child reunifications alongside venue police and EMS, following each event's written security action plan.</w:t>
      </w:r>
    </w:p>
    <w:p>
      <w:pPr>
        <w:pStyle w:val="ListBullet"/>
        <w:spacing w:after="40"/>
      </w:pPr>
      <w:r>
        <w:rPr>
          <w:sz w:val="21"/>
        </w:rPr>
        <w:t>Promoted to section lead in year 2, briefing 10-12 staff on gates and radio channels before doors.</w:t>
      </w:r>
    </w:p>
    <w:p>
      <w:pPr>
        <w:spacing w:after="60" w:before="200"/>
      </w:pPr>
      <w:r>
        <w:rPr>
          <w:b/>
          <w:i w:val="0"/>
          <w:color w:val="1D7A53"/>
          <w:sz w:val="21"/>
        </w:rPr>
        <w:t>EDUCATION</w:t>
      </w:r>
    </w:p>
    <w:p>
      <w:pPr>
        <w:spacing w:after="40" w:before="0"/>
      </w:pPr>
      <w:r>
        <w:rPr>
          <w:b w:val="0"/>
          <w:i w:val="0"/>
          <w:sz w:val="21"/>
        </w:rPr>
        <w:t>Bachelor of Science in Criminal Justice, California State University, Sacramento, 2022</w:t>
      </w:r>
    </w:p>
    <w:p>
      <w:pPr>
        <w:spacing w:after="60" w:before="200"/>
      </w:pPr>
      <w:r>
        <w:rPr>
          <w:b/>
          <w:i w:val="0"/>
          <w:color w:val="1D7A53"/>
          <w:sz w:val="21"/>
        </w:rPr>
        <w:t>CERTIFICATIONS</w:t>
      </w:r>
    </w:p>
    <w:p>
      <w:pPr>
        <w:spacing w:after="40" w:before="0"/>
      </w:pPr>
      <w:r>
        <w:rPr>
          <w:b w:val="0"/>
          <w:i w:val="0"/>
          <w:sz w:val="21"/>
        </w:rPr>
        <w:t>Associate Protection Professional (APP), ASIS International, 2025</w:t>
      </w:r>
    </w:p>
    <w:p>
      <w:pPr>
        <w:spacing w:after="40" w:before="0"/>
      </w:pPr>
      <w:r>
        <w:rPr>
          <w:b w:val="0"/>
          <w:i w:val="0"/>
          <w:sz w:val="21"/>
        </w:rPr>
        <w:t>California BSIS Guard Card (active)</w:t>
      </w:r>
    </w:p>
    <w:p>
      <w:pPr>
        <w:spacing w:after="40" w:before="0"/>
      </w:pPr>
      <w:r>
        <w:rPr>
          <w:b w:val="0"/>
          <w:i w:val="0"/>
          <w:sz w:val="21"/>
        </w:rPr>
        <w:t>First Aid, CPR and AED (American Red Cross)</w:t>
      </w:r>
    </w:p>
    <w:p>
      <w:pPr>
        <w:spacing w:after="40" w:before="0"/>
      </w:pPr>
      <w:r>
        <w:rPr>
          <w:b w:val="0"/>
          <w:i w:val="0"/>
          <w:sz w:val="21"/>
        </w:rPr>
        <w:t>FEMA IS-100.C and IS-700.B (NIMS)</w:t>
      </w:r>
    </w:p>
    <w:p>
      <w:pPr>
        <w:spacing w:after="60" w:before="200"/>
      </w:pPr>
      <w:r>
        <w:rPr>
          <w:b/>
          <w:i w:val="0"/>
          <w:color w:val="1D7A53"/>
          <w:sz w:val="21"/>
        </w:rPr>
        <w:t>TECHNICAL SKILLS</w:t>
      </w:r>
    </w:p>
    <w:p>
      <w:pPr>
        <w:spacing w:after="80" w:before="0"/>
      </w:pPr>
      <w:r>
        <w:rPr>
          <w:b w:val="0"/>
          <w:i w:val="0"/>
          <w:sz w:val="21"/>
        </w:rPr>
        <w:t>Genetec Security Center | LenelS2 OnGuard | guard tour reporting | Microsoft Excel and Teams</w:t>
      </w:r>
    </w:p>
    <w:sectPr w:rsidR="00FC693F" w:rsidRPr="0006063C" w:rsidSect="00034616">
      <w:footerReference w:type="default" r:id="rId9"/>
      <w:pgSz w:w="12240" w:h="15840"/>
      <w:pgMar w:top="1000" w:right="1080" w:bottom="10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A929C"/>
        <w:sz w:val="16"/>
      </w:rPr>
      <w:t>Resume template from ResumeCroc.com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Site Supervisor (Entry-Level Security Management) resume template</dc:title>
  <dc:subject/>
  <dc:creator>ResumeCroc</dc:creator>
  <cp:keywords/>
  <dc:description>generated by python-docx</dc:description>
  <cp:lastModifiedBy/>
  <cp:revision>1</cp:revision>
  <dcterms:created xsi:type="dcterms:W3CDTF">2013-12-23T23:15:00Z</dcterms:created>
  <dcterms:modified xsi:type="dcterms:W3CDTF">2013-12-23T23:15:00Z</dcterms:modified>
  <cp:category/>
</cp:coreProperties>
</file>