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Maya Patel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Computer Science Graduate | Software Engineer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San Jose, CA | maya.patel@email.com | (555) 013-3390 | linkedin.com/in/mayapatel | github.com/mayapatel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Computer Science graduate (B.S., San Jose State University, 2025) with a software engineering internship, a year of nonprofit contract development and undergraduate data research. Ships tested full-stack features in Python, JavaScript (React, Node.js) and SQL. Seeking a new grad software engineer role on a product team.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Python | JavaScript and TypeScript | React | Node.js and Express | SQL and PostgreSQL | REST API design | Unit and integration testing (pytest, Jest) | Git and GitHub Actions | Docker | AWS (EC2, S3, Lambda)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Software Developer (Part-Time Contract)</w:t>
      </w:r>
      <w:r>
        <w:t>, Tarnwick Literacy Foundation, San Jose, CA</w:t>
      </w:r>
      <w:r>
        <w:rPr>
          <w:color w:val="5B6672"/>
        </w:rPr>
        <w:t xml:space="preserve">    2025-Present</w:t>
      </w:r>
    </w:p>
    <w:p>
      <w:pPr>
        <w:pStyle w:val="ListBullet"/>
        <w:spacing w:after="40"/>
      </w:pPr>
      <w:r>
        <w:rPr>
          <w:sz w:val="21"/>
        </w:rPr>
        <w:t>Built a React and Node.js app matching 400+ volunteer tutors with students, saving staff 6 hours a week.</w:t>
      </w:r>
    </w:p>
    <w:p>
      <w:pPr>
        <w:pStyle w:val="ListBullet"/>
        <w:spacing w:after="40"/>
      </w:pPr>
      <w:r>
        <w:rPr>
          <w:sz w:val="21"/>
        </w:rPr>
        <w:t>Designed the PostgreSQL schema and REST API for scheduling, cutting double-bookings from 15 a month to 1.</w:t>
      </w:r>
    </w:p>
    <w:p>
      <w:pPr>
        <w:pStyle w:val="ListBullet"/>
        <w:spacing w:after="40"/>
      </w:pPr>
      <w:r>
        <w:rPr>
          <w:sz w:val="21"/>
        </w:rPr>
        <w:t>Set up GitHub Actions CI that runs 180+ Jest and Supertest tests on every pull request before merge.</w:t>
      </w:r>
    </w:p>
    <w:p>
      <w:pPr>
        <w:pStyle w:val="ListBullet"/>
        <w:spacing w:after="40"/>
      </w:pPr>
      <w:r>
        <w:rPr>
          <w:sz w:val="21"/>
        </w:rPr>
        <w:t>Containerized the app with Docker and deployed it on AWS for under $40 a month in hosting costs.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Software Engineering Intern</w:t>
      </w:r>
      <w:r>
        <w:t>, Nimbuswell Tech, San Jose, CA</w:t>
      </w:r>
      <w:r>
        <w:rPr>
          <w:color w:val="5B6672"/>
        </w:rPr>
        <w:t xml:space="preserve">    Summer 2024</w:t>
      </w:r>
    </w:p>
    <w:p>
      <w:pPr>
        <w:pStyle w:val="ListBullet"/>
        <w:spacing w:after="40"/>
      </w:pPr>
      <w:r>
        <w:rPr>
          <w:sz w:val="21"/>
        </w:rPr>
        <w:t>Built and shipped 2 REST API endpoints in Python (FastAPI) for a notifications feature serving 50,000 users.</w:t>
      </w:r>
    </w:p>
    <w:p>
      <w:pPr>
        <w:pStyle w:val="ListBullet"/>
        <w:spacing w:after="40"/>
      </w:pPr>
      <w:r>
        <w:rPr>
          <w:sz w:val="21"/>
        </w:rPr>
        <w:t>Wrote unit and integration tests that raised coverage on the team's billing module from 60% to 85%.</w:t>
      </w:r>
    </w:p>
    <w:p>
      <w:pPr>
        <w:pStyle w:val="ListBullet"/>
        <w:spacing w:after="40"/>
      </w:pPr>
      <w:r>
        <w:rPr>
          <w:sz w:val="21"/>
        </w:rPr>
        <w:t>Closed 14 backlog bugs and demoed the shipped feature to 30 engineers at the summer intern showcase.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Undergraduate Research Assistant</w:t>
      </w:r>
      <w:r>
        <w:t>, SJSU Data Lab, San Jose State University, San Jose, CA</w:t>
      </w:r>
      <w:r>
        <w:rPr>
          <w:color w:val="5B6672"/>
        </w:rPr>
        <w:t xml:space="preserve">    2023-2024</w:t>
      </w:r>
    </w:p>
    <w:p>
      <w:pPr>
        <w:pStyle w:val="ListBullet"/>
        <w:spacing w:after="40"/>
      </w:pPr>
      <w:r>
        <w:rPr>
          <w:sz w:val="21"/>
        </w:rPr>
        <w:t>Cleaned and merged 2 million rows of public transit data in Python (pandas) for a faculty-led ridership study.</w:t>
      </w:r>
    </w:p>
    <w:p>
      <w:pPr>
        <w:pStyle w:val="ListBullet"/>
        <w:spacing w:after="40"/>
      </w:pPr>
      <w:r>
        <w:rPr>
          <w:sz w:val="21"/>
        </w:rPr>
        <w:t>Automated a weekly data-quality report with SQL and Matplotlib, saving the lab about 4 hours each week.</w:t>
      </w:r>
    </w:p>
    <w:p>
      <w:pPr>
        <w:pStyle w:val="ListBullet"/>
        <w:spacing w:after="40"/>
      </w:pPr>
      <w:r>
        <w:rPr>
          <w:sz w:val="21"/>
        </w:rPr>
        <w:t>Presented ridership-gap findings to 60 attendees at the university's spring research showcase.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Computer Science, San Jose State University, May 2025 · GPA 3.8 · Honors Program</w:t>
      </w:r>
    </w:p>
    <w:p>
      <w:pPr>
        <w:spacing w:after="40" w:before="0"/>
      </w:pPr>
      <w:r>
        <w:rPr>
          <w:b w:val="0"/>
          <w:i w:val="0"/>
          <w:sz w:val="21"/>
        </w:rPr>
        <w:t>Relevant coursework: Data Structures, Algorithms, Databases, Web Development, Machine Learning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AWS Certified Cloud Practitioner (Amazon Web Services),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Linux | VS Code | Postman | Jira | Figma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PROJECTS</w:t>
      </w:r>
    </w:p>
    <w:p>
      <w:pPr>
        <w:pStyle w:val="ListBullet"/>
        <w:spacing w:after="40"/>
      </w:pPr>
      <w:r>
        <w:rPr>
          <w:sz w:val="21"/>
        </w:rPr>
        <w:t>Job Board Web App: React, Node and PostgreSQL app with search and authentication, deployed with 300+ users</w:t>
      </w:r>
    </w:p>
    <w:p>
      <w:pPr>
        <w:pStyle w:val="ListBullet"/>
        <w:spacing w:after="40"/>
      </w:pPr>
      <w:r>
        <w:rPr>
          <w:sz w:val="21"/>
        </w:rPr>
        <w:t>Expense Tracker: Python and SQLite budgeting tool with data visualization, open-sourced on GitHub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Science Graduate (Entry-Level Software Engineer)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