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Darnell Pryce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QA Automation Engineer (SDET)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Raleigh, NC | darnell.pryce@email.com | (555) 016-2084 | linkedin.com/in/darnellpryce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QA automation engineer and Software Development Engineer in Test (SDET) with 5 years in healthcare scheduling and e-commerce. Builds Playwright and pytest frameworks in TypeScript and Python, with API and contract tests gating every merge and k6 load tests before launches.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Playwright (TypeScript) | pytest and Python | REST API testing | Contract testing (Pact) | Performance testing (k6) | CI/CD (GitHub Actions) | Test data management | Docker test environments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QA Automation Engineer II</w:t>
      </w:r>
      <w:r>
        <w:t>, Tealbrook Health Software, Raleigh, NC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Rebuilt a brittle Selenium suite as 650 Playwright tests sharded in GitHub Actions, cutting UI runtime from 95 to 18 minutes.</w:t>
      </w:r>
    </w:p>
    <w:p>
      <w:pPr>
        <w:pStyle w:val="ListBullet"/>
        <w:spacing w:after="40"/>
      </w:pPr>
      <w:r>
        <w:rPr>
          <w:sz w:val="21"/>
        </w:rPr>
        <w:t>Introduced Pact consumer-driven contract tests across 12 scheduling and billing services, catching 30+ breaking API changes before integration.</w:t>
      </w:r>
    </w:p>
    <w:p>
      <w:pPr>
        <w:pStyle w:val="ListBullet"/>
        <w:spacing w:after="40"/>
      </w:pPr>
      <w:r>
        <w:rPr>
          <w:sz w:val="21"/>
        </w:rPr>
        <w:t>Wrote k6 load tests modeling Monday-morning booking peaks, exposing a connection-pool limit that was fixed before a 3x traffic launch.</w:t>
      </w:r>
    </w:p>
    <w:p>
      <w:pPr>
        <w:pStyle w:val="ListBullet"/>
        <w:spacing w:after="40"/>
      </w:pPr>
      <w:r>
        <w:rPr>
          <w:sz w:val="21"/>
        </w:rPr>
        <w:t>Added axe-core accessibility checks to every GitHub Actions pull request build, cutting open WCAG 2.2 AA issues in the patient portal from 140 to 12.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QA Automation Engineer</w:t>
      </w:r>
      <w:r>
        <w:t>, Lindquarry Commerce, Charlotte, NC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Automated checkout, promotions and refund regression in pytest and Selenium 4, raising critical-journey coverage from 35% to 85%.</w:t>
      </w:r>
    </w:p>
    <w:p>
      <w:pPr>
        <w:pStyle w:val="ListBullet"/>
        <w:spacing w:after="40"/>
      </w:pPr>
      <w:r>
        <w:rPr>
          <w:sz w:val="21"/>
        </w:rPr>
        <w:t>Built Docker ephemeral test environments with seeded data, giving each pull request an isolated database instead of shared staging.</w:t>
      </w:r>
    </w:p>
    <w:p>
      <w:pPr>
        <w:pStyle w:val="ListBullet"/>
        <w:spacing w:after="40"/>
      </w:pPr>
      <w:r>
        <w:rPr>
          <w:sz w:val="21"/>
        </w:rPr>
        <w:t>Created a flaky-test quarantine and weekly Allure triage report, lifting main branch pass rate from 82% to 98%.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Manual QA Tester</w:t>
      </w:r>
      <w:r>
        <w:t>, Brassleaf Logistics, Durham, NC</w:t>
      </w:r>
      <w:r>
        <w:rPr>
          <w:color w:val="5B6672"/>
        </w:rPr>
        <w:t xml:space="preserve">    2019-2021</w:t>
      </w:r>
    </w:p>
    <w:p>
      <w:pPr>
        <w:pStyle w:val="ListBullet"/>
        <w:spacing w:after="40"/>
      </w:pPr>
      <w:r>
        <w:rPr>
          <w:sz w:val="21"/>
        </w:rPr>
        <w:t>Tested a warehouse management web app across 3 browsers and handheld barcode scanners, running 250 regression cases each release.</w:t>
      </w:r>
    </w:p>
    <w:p>
      <w:pPr>
        <w:pStyle w:val="ListBullet"/>
        <w:spacing w:after="40"/>
      </w:pPr>
      <w:r>
        <w:rPr>
          <w:sz w:val="21"/>
        </w:rPr>
        <w:t>Wrote Python scripts to automate test data setup, saving 6 hours per sprint and starting a move into automation.</w:t>
      </w:r>
    </w:p>
    <w:p>
      <w:pPr>
        <w:pStyle w:val="ListBullet"/>
        <w:spacing w:after="40"/>
      </w:pPr>
      <w:r>
        <w:rPr>
          <w:sz w:val="21"/>
        </w:rPr>
        <w:t>Logged defects with SQL evidence from the order database and screen recordings, helping developers fix inventory sync bugs within one sprint on average.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B.S., Information Science, University of North Carolina at Chapel Hill,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ISTQB CTFL and Advanced Level Test Automation Engineering (CTAL-TAE), ASTQB, 2024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Selenium 4 | Docker | PostgreSQL | Allure | Git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QA Automation Engineer (SDET)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