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Hannah Lee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Product Manager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Seattle, WA | hannah.lee@email.com | (555) 014-4471 | linkedin.com/in/hannahlee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Product manager with 8 years shipping B2B and consumer software, now owning the booking and payments roadmap for a scheduling platform used by salons and fitness studios. Runs continuous discovery with customers, frames every bet as a measurable outcome and works closely with engineering, design and go-to-market from problem framing to launch.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Product roadmap and prioritization | Continuous discovery and customer interviews | A/B testing and experimentation | Product analytics (Amplitude, SQL) | Checkout and payments UX | Objectives and key results (OKRs) | Agile delivery (Scrum) | Go-to-market and launch planning | Stakeholder alignment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Product Manager</w:t>
      </w:r>
      <w:r>
        <w:t>, Tallowmark Software, Seattle, WA</w:t>
      </w:r>
      <w:r>
        <w:rPr>
          <w:color w:val="5B6672"/>
        </w:rPr>
        <w:t xml:space="preserve">    2021-Present</w:t>
      </w:r>
    </w:p>
    <w:p>
      <w:pPr>
        <w:pStyle w:val="ListBullet"/>
        <w:spacing w:after="40"/>
      </w:pPr>
      <w:r>
        <w:rPr>
          <w:sz w:val="21"/>
        </w:rPr>
        <w:t>Own the roadmap for a booking app and merchant dashboard used by 2M people a month across 14,000 salons and studios.</w:t>
      </w:r>
    </w:p>
    <w:p>
      <w:pPr>
        <w:pStyle w:val="ListBullet"/>
        <w:spacing w:after="40"/>
      </w:pPr>
      <w:r>
        <w:rPr>
          <w:sz w:val="21"/>
        </w:rPr>
        <w:t>Raised feature adoption 45% for recurring bookings by replacing assumption-led specs with weekly customer interviews and prototype tests.</w:t>
      </w:r>
    </w:p>
    <w:p>
      <w:pPr>
        <w:pStyle w:val="ListBullet"/>
        <w:spacing w:after="40"/>
      </w:pPr>
      <w:r>
        <w:rPr>
          <w:sz w:val="21"/>
        </w:rPr>
        <w:t>Led a checkout redesign validated through 9 A/B experiments, lifting booking conversion 18% without adding steps for merchants.</w:t>
      </w:r>
    </w:p>
    <w:p>
      <w:pPr>
        <w:pStyle w:val="ListBullet"/>
        <w:spacing w:after="40"/>
      </w:pPr>
      <w:r>
        <w:rPr>
          <w:sz w:val="21"/>
        </w:rPr>
        <w:t>Launched card-on-file deposits that cut merchant no-show losses, now used by 6,200 businesses and adding $3.4M in annual payments revenue.</w:t>
      </w:r>
    </w:p>
    <w:p>
      <w:pPr>
        <w:pStyle w:val="ListBullet"/>
        <w:spacing w:after="40"/>
      </w:pPr>
      <w:r>
        <w:rPr>
          <w:sz w:val="21"/>
        </w:rPr>
        <w:t>Partner with 7 engineers, a designer and a data analyst in 2-week sprints, and write the launch briefs sales and support use.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Associate Product Manager</w:t>
      </w:r>
      <w:r>
        <w:t>, Marrowlane Apps, Portland, OR</w:t>
      </w:r>
      <w:r>
        <w:rPr>
          <w:color w:val="5B6672"/>
        </w:rPr>
        <w:t xml:space="preserve">    2018-2021</w:t>
      </w:r>
    </w:p>
    <w:p>
      <w:pPr>
        <w:pStyle w:val="ListBullet"/>
        <w:spacing w:after="40"/>
      </w:pPr>
      <w:r>
        <w:rPr>
          <w:sz w:val="21"/>
        </w:rPr>
        <w:t>Shipped the onboarding flow for a consumer fitness app, improving week-one retention 22% across 400,000 new sign-ups.</w:t>
      </w:r>
    </w:p>
    <w:p>
      <w:pPr>
        <w:pStyle w:val="ListBullet"/>
        <w:spacing w:after="40"/>
      </w:pPr>
      <w:r>
        <w:rPr>
          <w:sz w:val="21"/>
        </w:rPr>
        <w:t>Built the Amplitude dashboards and weekly metrics review the team used to prioritize the backlog.</w:t>
      </w:r>
    </w:p>
    <w:p>
      <w:pPr>
        <w:pStyle w:val="ListBullet"/>
        <w:spacing w:after="40"/>
      </w:pPr>
      <w:r>
        <w:rPr>
          <w:sz w:val="21"/>
        </w:rPr>
        <w:t>Launched notification preferences that cut push opt-outs 31% while keeping workout reminders, informed by 20 user interviews.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Product Management Intern</w:t>
      </w:r>
      <w:r>
        <w:t>, Pugetvale Commerce, Seattle, WA</w:t>
      </w:r>
      <w:r>
        <w:rPr>
          <w:color w:val="5B6672"/>
        </w:rPr>
        <w:t xml:space="preserve">    Summer 2017</w:t>
      </w:r>
    </w:p>
    <w:p>
      <w:pPr>
        <w:pStyle w:val="ListBullet"/>
        <w:spacing w:after="40"/>
      </w:pPr>
      <w:r>
        <w:rPr>
          <w:sz w:val="21"/>
        </w:rPr>
        <w:t>Analyzed 6 months of cart-abandonment data in SQL and proposed guest checkout, which the team shipped the next quarter.</w:t>
      </w:r>
    </w:p>
    <w:p>
      <w:pPr>
        <w:pStyle w:val="ListBullet"/>
        <w:spacing w:after="40"/>
      </w:pPr>
      <w:r>
        <w:rPr>
          <w:sz w:val="21"/>
        </w:rPr>
        <w:t>Wrote requirements for an order-tracking page and ran 6 usability sessions with shoppers before launch.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B.S., Information Systems, University of Washington, 2018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Certified Scrum Product Owner (CSPO), Scrum Alliance, 2020 (active)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Jira | Confluence | Amplitude | SQL (BigQuery) | Figma | Optimizely | Dovetail | Looker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COMMUNITY</w:t>
      </w:r>
    </w:p>
    <w:p>
      <w:pPr>
        <w:pStyle w:val="ListBullet"/>
        <w:spacing w:after="40"/>
      </w:pPr>
      <w:r>
        <w:rPr>
          <w:sz w:val="21"/>
        </w:rPr>
        <w:t>Mentor to 5 associate PMs through a Seattle product community program, 2023-Present</w:t>
      </w:r>
    </w:p>
    <w:p>
      <w:pPr>
        <w:pStyle w:val="ListBullet"/>
        <w:spacing w:after="40"/>
      </w:pPr>
      <w:r>
        <w:rPr>
          <w:sz w:val="21"/>
        </w:rPr>
        <w:t>Talk: Running weekly customer interviews on a small team, regional product meetup, 2024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Manager (B2B and Consumer Software)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