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Nia Strickland</w:t>
      </w:r>
    </w:p>
    <w:p>
      <w:pPr>
        <w:spacing w:after="40" w:before="0"/>
      </w:pPr>
      <w:r>
        <w:rPr>
          <w:b/>
          <w:i w:val="0"/>
          <w:color w:val="1D7A53"/>
          <w:sz w:val="23"/>
        </w:rPr>
        <w:t>Junior Systems Administrator, CompTIA Security+</w:t>
      </w:r>
    </w:p>
    <w:p>
      <w:pPr>
        <w:spacing w:after="160" w:before="0"/>
      </w:pPr>
      <w:r>
        <w:rPr>
          <w:b w:val="0"/>
          <w:i w:val="0"/>
          <w:color w:val="5B6672"/>
          <w:sz w:val="19"/>
        </w:rPr>
        <w:t>Orlando, FL | nia.strickland@email.com | (555) 013-4471 | linkedin.com/in/niastrickland</w:t>
      </w:r>
    </w:p>
    <w:p>
      <w:pPr>
        <w:spacing w:after="60" w:before="200"/>
      </w:pPr>
      <w:r>
        <w:rPr>
          <w:b/>
          <w:i w:val="0"/>
          <w:color w:val="1D7A53"/>
          <w:sz w:val="21"/>
        </w:rPr>
        <w:t>PROFESSIONAL SUMMARY</w:t>
      </w:r>
    </w:p>
    <w:p>
      <w:pPr>
        <w:spacing w:after="80" w:before="0"/>
      </w:pPr>
      <w:r>
        <w:rPr>
          <w:b w:val="0"/>
          <w:i w:val="0"/>
          <w:sz w:val="21"/>
        </w:rPr>
        <w:t>Junior systems administrator with a B.S. in Information Technology from UCF, a summer infrastructure internship and 3 years on the university help desk. Supports Windows Server, Active Directory, Microsoft 365 and Intune for 600 hotel staff, automates routine admin work with PowerShell and tests patching and recovery in a Proxmox home lab.</w:t>
      </w:r>
    </w:p>
    <w:p>
      <w:pPr>
        <w:spacing w:after="60" w:before="200"/>
      </w:pPr>
      <w:r>
        <w:rPr>
          <w:b/>
          <w:i w:val="0"/>
          <w:color w:val="1D7A53"/>
          <w:sz w:val="21"/>
        </w:rPr>
        <w:t>SKILLS</w:t>
      </w:r>
    </w:p>
    <w:p>
      <w:pPr>
        <w:spacing w:after="80" w:before="0"/>
      </w:pPr>
      <w:r>
        <w:rPr>
          <w:b w:val="0"/>
          <w:i w:val="0"/>
          <w:sz w:val="21"/>
        </w:rPr>
        <w:t>Windows Server 2022 | Active Directory and Group Policy | Microsoft 365 and Entra ID | Microsoft Intune and Autopilot | PowerShell scripting | Linux (Ubuntu Server) | VMware vSphere | Backup verification (Veeam) | Patch management | ITIL ticket handling</w:t>
      </w:r>
    </w:p>
    <w:p>
      <w:pPr>
        <w:spacing w:after="60" w:before="200"/>
      </w:pPr>
      <w:r>
        <w:rPr>
          <w:b/>
          <w:i w:val="0"/>
          <w:color w:val="1D7A53"/>
          <w:sz w:val="21"/>
        </w:rPr>
        <w:t>PROFESSIONAL EXPERIENCE</w:t>
      </w:r>
    </w:p>
    <w:p>
      <w:pPr>
        <w:spacing w:after="20" w:before="0"/>
      </w:pPr>
      <w:r>
        <w:rPr>
          <w:b w:val="0"/>
          <w:i w:val="0"/>
          <w:sz w:val="21"/>
        </w:rPr>
      </w:r>
      <w:r>
        <w:rPr>
          <w:b/>
        </w:rPr>
        <w:t>Junior Systems Administrator</w:t>
      </w:r>
      <w:r>
        <w:t>, Thornquay Hospitality Group, Orlando, FL</w:t>
      </w:r>
      <w:r>
        <w:rPr>
          <w:color w:val="5B6672"/>
        </w:rPr>
        <w:t xml:space="preserve">    Jun 2026-Present</w:t>
      </w:r>
    </w:p>
    <w:p>
      <w:pPr>
        <w:pStyle w:val="ListBullet"/>
        <w:spacing w:after="40"/>
      </w:pPr>
      <w:r>
        <w:rPr>
          <w:sz w:val="21"/>
        </w:rPr>
        <w:t>Manage Active Directory, Entra ID and Intune for 4 hotels, closing 95% of access requests within 1 day.</w:t>
      </w:r>
    </w:p>
    <w:p>
      <w:pPr>
        <w:pStyle w:val="ListBullet"/>
        <w:spacing w:after="40"/>
      </w:pPr>
      <w:r>
        <w:rPr>
          <w:sz w:val="21"/>
        </w:rPr>
        <w:t>Wrote a PowerShell onboarding script fed by HR tickets, cutting new-account setup from 45 to 10 minutes.</w:t>
      </w:r>
    </w:p>
    <w:p>
      <w:pPr>
        <w:pStyle w:val="ListBullet"/>
        <w:spacing w:after="40"/>
      </w:pPr>
      <w:r>
        <w:rPr>
          <w:sz w:val="21"/>
        </w:rPr>
        <w:t>Patch 38 Windows Server VMs monthly in approved windows, logging every change in ServiceNow.</w:t>
      </w:r>
    </w:p>
    <w:p>
      <w:pPr>
        <w:pStyle w:val="ListBullet"/>
        <w:spacing w:after="40"/>
      </w:pPr>
      <w:r>
        <w:rPr>
          <w:sz w:val="21"/>
        </w:rPr>
        <w:t>Run monthly Veeam test restores, catching 2 silently failing backup jobs before any data was at risk.</w:t>
      </w:r>
    </w:p>
    <w:p>
      <w:pPr>
        <w:spacing w:after="20" w:before="0"/>
      </w:pPr>
      <w:r>
        <w:rPr>
          <w:b w:val="0"/>
          <w:i w:val="0"/>
          <w:sz w:val="21"/>
        </w:rPr>
      </w:r>
      <w:r>
        <w:rPr>
          <w:b/>
        </w:rPr>
        <w:t>IT Infrastructure Intern</w:t>
      </w:r>
      <w:r>
        <w:t>, Vandrelle Simulation Systems, Orlando, FL</w:t>
      </w:r>
      <w:r>
        <w:rPr>
          <w:color w:val="5B6672"/>
        </w:rPr>
        <w:t xml:space="preserve">    Summer 2025</w:t>
      </w:r>
    </w:p>
    <w:p>
      <w:pPr>
        <w:pStyle w:val="ListBullet"/>
        <w:spacing w:after="40"/>
      </w:pPr>
      <w:r>
        <w:rPr>
          <w:sz w:val="21"/>
        </w:rPr>
        <w:t>Provisioned and deployed 120 Windows 11 laptops through Intune Autopilot ahead of Windows 10 end of support.</w:t>
      </w:r>
    </w:p>
    <w:p>
      <w:pPr>
        <w:pStyle w:val="ListBullet"/>
        <w:spacing w:after="40"/>
      </w:pPr>
      <w:r>
        <w:rPr>
          <w:sz w:val="21"/>
        </w:rPr>
        <w:t>Documented 40 server and network runbooks in Confluence for the 3-person infrastructure team to share.</w:t>
      </w:r>
    </w:p>
    <w:p>
      <w:pPr>
        <w:pStyle w:val="ListBullet"/>
        <w:spacing w:after="40"/>
      </w:pPr>
      <w:r>
        <w:rPr>
          <w:sz w:val="21"/>
        </w:rPr>
        <w:t>Built 6 standard VM templates in a vSphere test cluster, cutting server builds from 2 hours to 25 minutes.</w:t>
      </w:r>
    </w:p>
    <w:p>
      <w:pPr>
        <w:spacing w:after="20" w:before="0"/>
      </w:pPr>
      <w:r>
        <w:rPr>
          <w:b w:val="0"/>
          <w:i w:val="0"/>
          <w:sz w:val="21"/>
        </w:rPr>
      </w:r>
      <w:r>
        <w:rPr>
          <w:b/>
        </w:rPr>
        <w:t>Student IT Technician (Part-Time)</w:t>
      </w:r>
      <w:r>
        <w:t>, University of Central Florida, Orlando, FL</w:t>
      </w:r>
      <w:r>
        <w:rPr>
          <w:color w:val="5B6672"/>
        </w:rPr>
        <w:t xml:space="preserve">    2023-May 2026</w:t>
      </w:r>
    </w:p>
    <w:p>
      <w:pPr>
        <w:pStyle w:val="ListBullet"/>
        <w:spacing w:after="40"/>
      </w:pPr>
      <w:r>
        <w:rPr>
          <w:sz w:val="21"/>
        </w:rPr>
        <w:t>Resolved 25-30 tickets a shift for students and faculty, holding a 96% satisfaction score over 3,000+ tickets.</w:t>
      </w:r>
    </w:p>
    <w:p>
      <w:pPr>
        <w:pStyle w:val="ListBullet"/>
        <w:spacing w:after="40"/>
      </w:pPr>
      <w:r>
        <w:rPr>
          <w:sz w:val="21"/>
        </w:rPr>
        <w:t>Troubleshot classroom AV, Wi-Fi and printing in 3 buildings, escalating network faults with full diagnostics.</w:t>
      </w:r>
    </w:p>
    <w:p>
      <w:pPr>
        <w:pStyle w:val="ListBullet"/>
        <w:spacing w:after="40"/>
      </w:pPr>
      <w:r>
        <w:rPr>
          <w:sz w:val="21"/>
        </w:rPr>
        <w:t>Trained 8 new student technicians on ticket triage, shortening their ramp-up from 4 weeks to 2.</w:t>
      </w:r>
    </w:p>
    <w:p>
      <w:pPr>
        <w:spacing w:after="60" w:before="200"/>
      </w:pPr>
      <w:r>
        <w:rPr>
          <w:b/>
          <w:i w:val="0"/>
          <w:color w:val="1D7A53"/>
          <w:sz w:val="21"/>
        </w:rPr>
        <w:t>EDUCATION</w:t>
      </w:r>
    </w:p>
    <w:p>
      <w:pPr>
        <w:spacing w:after="40" w:before="0"/>
      </w:pPr>
      <w:r>
        <w:rPr>
          <w:b w:val="0"/>
          <w:i w:val="0"/>
          <w:sz w:val="21"/>
        </w:rPr>
        <w:t>B.S. in Information Technology, University of Central Florida, 2026 · GPA 3.6</w:t>
      </w:r>
    </w:p>
    <w:p>
      <w:pPr>
        <w:spacing w:after="60" w:before="200"/>
      </w:pPr>
      <w:r>
        <w:rPr>
          <w:b/>
          <w:i w:val="0"/>
          <w:color w:val="1D7A53"/>
          <w:sz w:val="21"/>
        </w:rPr>
        <w:t>CERTIFICATIONS</w:t>
      </w:r>
    </w:p>
    <w:p>
      <w:pPr>
        <w:spacing w:after="40" w:before="0"/>
      </w:pPr>
      <w:r>
        <w:rPr>
          <w:b w:val="0"/>
          <w:i w:val="0"/>
          <w:sz w:val="21"/>
        </w:rPr>
        <w:t>CompTIA Security+ (SY0-701), 2025</w:t>
      </w:r>
    </w:p>
    <w:p>
      <w:pPr>
        <w:spacing w:after="40" w:before="0"/>
      </w:pPr>
      <w:r>
        <w:rPr>
          <w:b w:val="0"/>
          <w:i w:val="0"/>
          <w:sz w:val="21"/>
        </w:rPr>
        <w:t>CompTIA Network+, 2024</w:t>
      </w:r>
    </w:p>
    <w:p>
      <w:pPr>
        <w:spacing w:after="40" w:before="0"/>
      </w:pPr>
      <w:r>
        <w:rPr>
          <w:b w:val="0"/>
          <w:i w:val="0"/>
          <w:sz w:val="21"/>
        </w:rPr>
        <w:t>Microsoft 365 Certified: Endpoint Administrator Associate (MD-102), expected Dec 2026</w:t>
      </w:r>
    </w:p>
    <w:p>
      <w:pPr>
        <w:spacing w:after="60" w:before="200"/>
      </w:pPr>
      <w:r>
        <w:rPr>
          <w:b/>
          <w:i w:val="0"/>
          <w:color w:val="1D7A53"/>
          <w:sz w:val="21"/>
        </w:rPr>
        <w:t>HOME LAB AND PROJECTS</w:t>
      </w:r>
    </w:p>
    <w:p>
      <w:pPr>
        <w:pStyle w:val="ListBullet"/>
        <w:spacing w:after="40"/>
      </w:pPr>
      <w:r>
        <w:rPr>
          <w:sz w:val="21"/>
        </w:rPr>
        <w:t>Home lab: 3-node Proxmox cluster running Active Directory, pfSense and Wazuh, rebuilt from scripts</w:t>
      </w:r>
    </w:p>
    <w:p>
      <w:pPr>
        <w:pStyle w:val="ListBullet"/>
        <w:spacing w:after="40"/>
      </w:pPr>
      <w:r>
        <w:rPr>
          <w:sz w:val="21"/>
        </w:rPr>
        <w:t>Capstone: segmented network and backup plan for a 50-user nonprofit, presented to its board</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Entry-Level IT Resume (Junior Systems Administrator)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