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</w:pPr>
      <w:r>
        <w:rPr>
          <w:b/>
          <w:i w:val="0"/>
          <w:sz w:val="36"/>
        </w:rPr>
        <w:t>Imani Carter</w:t>
      </w:r>
    </w:p>
    <w:p>
      <w:pPr>
        <w:spacing w:after="40" w:before="0"/>
      </w:pPr>
      <w:r>
        <w:rPr>
          <w:b/>
          <w:i w:val="0"/>
          <w:color w:val="1D7A53"/>
          <w:sz w:val="23"/>
        </w:rPr>
        <w:t>Housekeeping Supervisor, CHS</w:t>
      </w:r>
    </w:p>
    <w:p>
      <w:pPr>
        <w:spacing w:after="160" w:before="0"/>
      </w:pPr>
      <w:r>
        <w:rPr>
          <w:b w:val="0"/>
          <w:i w:val="0"/>
          <w:color w:val="5B6672"/>
          <w:sz w:val="19"/>
        </w:rPr>
        <w:t>Nashville, TN | imani.carter@email.com | (555) 013-2047 | linkedin.com/in/imanicarter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PROFESSIONAL SUMMARY</w:t>
      </w:r>
    </w:p>
    <w:p>
      <w:pPr>
        <w:spacing w:after="80" w:before="0"/>
      </w:pPr>
      <w:r>
        <w:rPr>
          <w:b w:val="0"/>
          <w:i w:val="0"/>
          <w:sz w:val="21"/>
        </w:rPr>
        <w:t>Housekeeping supervisor with 6 years in hotels, moving from room attendant at a select-service hotel to lead housekeeper and supervisor at a downtown Nashville convention hotel. Known for fair room boards, fast guest-request recovery and patient, hands-on training of new attendants. CHS certified through AHLEI and fluent in HotSOS, OPERA and Medallia guest feedback. Ready to lead a larger full-service team.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SKILLS</w:t>
      </w:r>
    </w:p>
    <w:p>
      <w:pPr>
        <w:spacing w:after="80" w:before="0"/>
      </w:pPr>
      <w:r>
        <w:rPr>
          <w:b w:val="0"/>
          <w:i w:val="0"/>
          <w:sz w:val="21"/>
        </w:rPr>
        <w:t>Room inspections | Room credits and boards | Checkout and stayover standards | New hire training | Guest recovery | Linen par levels | OSHA HazCom and SDS | Lost and found | Engineering work orders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PROFESSIONAL EXPERIENCE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Housekeeping Supervisor</w:t>
      </w:r>
      <w:r>
        <w:t>, Ironwood Plaza Hotel, Nashville, TN</w:t>
      </w:r>
      <w:r>
        <w:rPr>
          <w:color w:val="5B6672"/>
        </w:rPr>
        <w:t xml:space="preserve">    2025-Present</w:t>
      </w:r>
    </w:p>
    <w:p>
      <w:pPr>
        <w:pStyle w:val="ListBullet"/>
        <w:spacing w:after="40"/>
      </w:pPr>
      <w:r>
        <w:rPr>
          <w:sz w:val="21"/>
        </w:rPr>
        <w:t>Supervise 14-18 room attendants and 2 housepersons per shift at a 312-room convention hotel, building daily boards by room credits and checkout count.</w:t>
      </w:r>
    </w:p>
    <w:p>
      <w:pPr>
        <w:pStyle w:val="ListBullet"/>
        <w:spacing w:after="40"/>
      </w:pPr>
      <w:r>
        <w:rPr>
          <w:sz w:val="21"/>
        </w:rPr>
        <w:t>Inspect 60-70 rooms a shift and release them in OPERA, cutting the 3 p.m. check-in backlog from 40 rooms to under 10.</w:t>
      </w:r>
    </w:p>
    <w:p>
      <w:pPr>
        <w:pStyle w:val="ListBullet"/>
        <w:spacing w:after="40"/>
      </w:pPr>
      <w:r>
        <w:rPr>
          <w:sz w:val="21"/>
        </w:rPr>
        <w:t>Trained 9 new room attendants with a 5-day buddy system; 8 passed their 90-day review.</w:t>
      </w:r>
    </w:p>
    <w:p>
      <w:pPr>
        <w:pStyle w:val="ListBullet"/>
        <w:spacing w:after="40"/>
      </w:pPr>
      <w:r>
        <w:rPr>
          <w:sz w:val="21"/>
        </w:rPr>
        <w:t>Log damaged fixtures as HotSOS work orders during inspections, helping engineering cut out-of-order rooms from 11 to 4 a night.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Lead Housekeeper and Room Inspector</w:t>
      </w:r>
      <w:r>
        <w:t>, Ironwood Plaza Hotel, Nashville, TN</w:t>
      </w:r>
      <w:r>
        <w:rPr>
          <w:color w:val="5B6672"/>
        </w:rPr>
        <w:t xml:space="preserve">    2023-2025</w:t>
      </w:r>
    </w:p>
    <w:p>
      <w:pPr>
        <w:pStyle w:val="ListBullet"/>
        <w:spacing w:after="40"/>
      </w:pPr>
      <w:r>
        <w:rPr>
          <w:sz w:val="21"/>
        </w:rPr>
        <w:t>Cleaned a reduced 10-room board each shift while inspecting up to 20 rooms for newer attendants on sold-out days.</w:t>
      </w:r>
    </w:p>
    <w:p>
      <w:pPr>
        <w:pStyle w:val="ListBullet"/>
        <w:spacing w:after="40"/>
      </w:pPr>
      <w:r>
        <w:rPr>
          <w:sz w:val="21"/>
        </w:rPr>
        <w:t>Covered the supervisor desk 2 days a week, running line-up and reassigning rooms on callouts.</w:t>
      </w:r>
    </w:p>
    <w:p>
      <w:pPr>
        <w:pStyle w:val="ListBullet"/>
        <w:spacing w:after="40"/>
      </w:pPr>
      <w:r>
        <w:rPr>
          <w:sz w:val="21"/>
        </w:rPr>
        <w:t>Earned 31 guest mentions by name in 2024 Medallia surveys, the most in the department.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Room Attendant</w:t>
      </w:r>
      <w:r>
        <w:t>, Harlow Creek Suites, Brentwood, TN</w:t>
      </w:r>
      <w:r>
        <w:rPr>
          <w:color w:val="5B6672"/>
        </w:rPr>
        <w:t xml:space="preserve">    2020-2023</w:t>
      </w:r>
    </w:p>
    <w:p>
      <w:pPr>
        <w:pStyle w:val="ListBullet"/>
        <w:spacing w:after="40"/>
      </w:pPr>
      <w:r>
        <w:rPr>
          <w:sz w:val="21"/>
        </w:rPr>
        <w:t>Serviced 16-18 rooms a shift at a 140-room select-service hotel, averaging 26 minutes per checkout.</w:t>
      </w:r>
    </w:p>
    <w:p>
      <w:pPr>
        <w:pStyle w:val="ListBullet"/>
        <w:spacing w:after="40"/>
      </w:pPr>
      <w:r>
        <w:rPr>
          <w:sz w:val="21"/>
        </w:rPr>
        <w:t>Held a 97% pass rate on supervisor inspections over 3 years and was named team member of the quarter twice by hotel leadership.</w:t>
      </w:r>
    </w:p>
    <w:p>
      <w:pPr>
        <w:pStyle w:val="ListBullet"/>
        <w:spacing w:after="40"/>
      </w:pPr>
      <w:r>
        <w:rPr>
          <w:sz w:val="21"/>
        </w:rPr>
        <w:t>Folded and restocked linen to par on low-occupancy afternoons, so the next morning's carts were ready for the 7 a.m. line-up.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EDUCATION</w:t>
      </w:r>
    </w:p>
    <w:p>
      <w:pPr>
        <w:spacing w:after="40" w:before="0"/>
      </w:pPr>
      <w:r>
        <w:rPr>
          <w:b w:val="0"/>
          <w:i w:val="0"/>
          <w:sz w:val="21"/>
        </w:rPr>
        <w:t>High School Diploma, McGavock High School, Nashville, TN, 2019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CERTIFICATIONS</w:t>
      </w:r>
    </w:p>
    <w:p>
      <w:pPr>
        <w:spacing w:after="40" w:before="0"/>
      </w:pPr>
      <w:r>
        <w:rPr>
          <w:b w:val="0"/>
          <w:i w:val="0"/>
          <w:sz w:val="21"/>
        </w:rPr>
        <w:t>Certified Hospitality Supervisor (CHS), AHLEI, 2026</w:t>
      </w:r>
    </w:p>
    <w:p>
      <w:pPr>
        <w:spacing w:after="40" w:before="0"/>
      </w:pPr>
      <w:r>
        <w:rPr>
          <w:b w:val="0"/>
          <w:i w:val="0"/>
          <w:sz w:val="21"/>
        </w:rPr>
        <w:t>OSHA 10-Hour General Industry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TECHNICAL SKILLS</w:t>
      </w:r>
    </w:p>
    <w:p>
      <w:pPr>
        <w:spacing w:after="80" w:before="0"/>
      </w:pPr>
      <w:r>
        <w:rPr>
          <w:b w:val="0"/>
          <w:i w:val="0"/>
          <w:sz w:val="21"/>
        </w:rPr>
        <w:t>Amadeus HotSOS | Oracle OPERA Cloud PMS | Medallia | UKG Kronos timekeeping</w:t>
      </w:r>
    </w:p>
    <w:sectPr w:rsidR="00FC693F" w:rsidRPr="0006063C" w:rsidSect="00034616">
      <w:footerReference w:type="default" r:id="rId9"/>
      <w:pgSz w:w="12240" w:h="15840"/>
      <w:pgMar w:top="1000" w:right="1080" w:bottom="100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8A929C"/>
        <w:sz w:val="16"/>
      </w:rPr>
      <w:t>Resume template from ResumeCroc.com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Housekeeping Supervisor (Promoted from Room Attendant) resume template</dc:title>
  <dc:subject/>
  <dc:creator>ResumeCroc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