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Priya Patel</w:t>
      </w:r>
    </w:p>
    <w:p>
      <w:pPr>
        <w:spacing w:after="40" w:before="0"/>
      </w:pPr>
      <w:r>
        <w:rPr>
          <w:b/>
          <w:i w:val="0"/>
          <w:color w:val="1D7A53"/>
          <w:sz w:val="23"/>
        </w:rPr>
        <w:t>Full Stack Developer</w:t>
      </w:r>
    </w:p>
    <w:p>
      <w:pPr>
        <w:spacing w:after="160" w:before="0"/>
      </w:pPr>
      <w:r>
        <w:rPr>
          <w:b w:val="0"/>
          <w:i w:val="0"/>
          <w:color w:val="5B6672"/>
          <w:sz w:val="19"/>
        </w:rPr>
        <w:t>Denver, CO | priya.patel@email.com | (555) 013-1147 | linkedin.com/in/priyapatel | github.com/priyapatel</w:t>
      </w:r>
    </w:p>
    <w:p>
      <w:pPr>
        <w:spacing w:after="60" w:before="200"/>
      </w:pPr>
      <w:r>
        <w:rPr>
          <w:b/>
          <w:i w:val="0"/>
          <w:color w:val="1D7A53"/>
          <w:sz w:val="21"/>
        </w:rPr>
        <w:t>PROFESSIONAL SUMMARY</w:t>
      </w:r>
    </w:p>
    <w:p>
      <w:pPr>
        <w:spacing w:after="80" w:before="0"/>
      </w:pPr>
      <w:r>
        <w:rPr>
          <w:b w:val="0"/>
          <w:i w:val="0"/>
          <w:sz w:val="21"/>
        </w:rPr>
        <w:t>Full stack developer with 8 years building and shipping web applications end to end in TypeScript, React, Node.js and PostgreSQL. Owns features from data model and API through UI, monitoring and production support. Known for clean, tested, maintainable code and thoughtful code review.</w:t>
      </w:r>
    </w:p>
    <w:p>
      <w:pPr>
        <w:spacing w:after="60" w:before="200"/>
      </w:pPr>
      <w:r>
        <w:rPr>
          <w:b/>
          <w:i w:val="0"/>
          <w:color w:val="1D7A53"/>
          <w:sz w:val="21"/>
        </w:rPr>
        <w:t>SKILLS</w:t>
      </w:r>
    </w:p>
    <w:p>
      <w:pPr>
        <w:spacing w:after="80" w:before="0"/>
      </w:pPr>
      <w:r>
        <w:rPr>
          <w:b w:val="0"/>
          <w:i w:val="0"/>
          <w:sz w:val="21"/>
        </w:rPr>
        <w:t>JavaScript and TypeScript | React | Node.js and Express | REST and GraphQL APIs | PostgreSQL and MongoDB | HTML, CSS and accessibility | Jest and Playwright | Docker | AWS (ECS, RDS, S3, CloudFront) | Git and code review</w:t>
      </w:r>
    </w:p>
    <w:p>
      <w:pPr>
        <w:spacing w:after="60" w:before="200"/>
      </w:pPr>
      <w:r>
        <w:rPr>
          <w:b/>
          <w:i w:val="0"/>
          <w:color w:val="1D7A53"/>
          <w:sz w:val="21"/>
        </w:rPr>
        <w:t>PROFESSIONAL EXPERIENCE</w:t>
      </w:r>
    </w:p>
    <w:p>
      <w:pPr>
        <w:spacing w:after="20" w:before="0"/>
      </w:pPr>
      <w:r>
        <w:rPr>
          <w:b w:val="0"/>
          <w:i w:val="0"/>
          <w:sz w:val="21"/>
        </w:rPr>
      </w:r>
      <w:r>
        <w:rPr>
          <w:b/>
        </w:rPr>
        <w:t>Full Stack Developer</w:t>
      </w:r>
      <w:r>
        <w:t>, Mesa Web Solutions, Denver, CO</w:t>
      </w:r>
      <w:r>
        <w:rPr>
          <w:color w:val="5B6672"/>
        </w:rPr>
        <w:t xml:space="preserve">    2020-Present</w:t>
      </w:r>
    </w:p>
    <w:p>
      <w:pPr>
        <w:pStyle w:val="ListBullet"/>
        <w:spacing w:after="40"/>
      </w:pPr>
      <w:r>
        <w:rPr>
          <w:sz w:val="21"/>
        </w:rPr>
        <w:t>Built and shipped a React and Node.js customer portal that now serves 50,000 monthly users, owning features from PostgreSQL schema to UI.</w:t>
      </w:r>
    </w:p>
    <w:p>
      <w:pPr>
        <w:pStyle w:val="ListBullet"/>
        <w:spacing w:after="40"/>
      </w:pPr>
      <w:r>
        <w:rPr>
          <w:sz w:val="21"/>
        </w:rPr>
        <w:t>Cut page load time 55% (4.0s to 1.8s) through code-splitting, CDN caching and PostgreSQL query optimization.</w:t>
      </w:r>
    </w:p>
    <w:p>
      <w:pPr>
        <w:pStyle w:val="ListBullet"/>
        <w:spacing w:after="40"/>
      </w:pPr>
      <w:r>
        <w:rPr>
          <w:sz w:val="21"/>
        </w:rPr>
        <w:t>Designed REST and GraphQL APIs for billing, user roles and reporting, then led a REST-to-GraphQL migration with zero client downtime.</w:t>
      </w:r>
    </w:p>
    <w:p>
      <w:pPr>
        <w:pStyle w:val="ListBullet"/>
        <w:spacing w:after="40"/>
      </w:pPr>
      <w:r>
        <w:rPr>
          <w:sz w:val="21"/>
        </w:rPr>
        <w:t>Raised test coverage to 85% with Jest and Playwright in GitHub Actions CI, halving production bugs per release within a year.</w:t>
      </w:r>
    </w:p>
    <w:p>
      <w:pPr>
        <w:pStyle w:val="ListBullet"/>
        <w:spacing w:after="40"/>
      </w:pPr>
      <w:r>
        <w:rPr>
          <w:sz w:val="21"/>
        </w:rPr>
        <w:t>Mentored 3 junior developers through onboarding and code review, and wrote the team's pull request checklist.</w:t>
      </w:r>
    </w:p>
    <w:p>
      <w:pPr>
        <w:spacing w:after="20" w:before="0"/>
      </w:pPr>
      <w:r>
        <w:rPr>
          <w:b w:val="0"/>
          <w:i w:val="0"/>
          <w:sz w:val="21"/>
        </w:rPr>
      </w:r>
      <w:r>
        <w:rPr>
          <w:b/>
        </w:rPr>
        <w:t>Web Developer</w:t>
      </w:r>
      <w:r>
        <w:t>, Front Range Digital, Boulder, CO</w:t>
      </w:r>
      <w:r>
        <w:rPr>
          <w:color w:val="5B6672"/>
        </w:rPr>
        <w:t xml:space="preserve">    2018-2020</w:t>
      </w:r>
    </w:p>
    <w:p>
      <w:pPr>
        <w:pStyle w:val="ListBullet"/>
        <w:spacing w:after="40"/>
      </w:pPr>
      <w:r>
        <w:rPr>
          <w:sz w:val="21"/>
        </w:rPr>
        <w:t>Developed responsive front ends for 20+ client sites and integrated third-party APIs, including Stripe payments and Mapbox store locators.</w:t>
      </w:r>
    </w:p>
    <w:p>
      <w:pPr>
        <w:pStyle w:val="ListBullet"/>
        <w:spacing w:after="40"/>
      </w:pPr>
      <w:r>
        <w:rPr>
          <w:sz w:val="21"/>
        </w:rPr>
        <w:t>Estimated and demoed each sprint's work to clients in a 6-person agile team, meeting 90% of sprint commitments over 2 years.</w:t>
      </w:r>
    </w:p>
    <w:p>
      <w:pPr>
        <w:pStyle w:val="ListBullet"/>
        <w:spacing w:after="40"/>
      </w:pPr>
      <w:r>
        <w:rPr>
          <w:sz w:val="21"/>
        </w:rPr>
        <w:t>Built a reusable React and Storybook component library that cut new client site setup from 3 weeks to 8 days.</w:t>
      </w:r>
    </w:p>
    <w:p>
      <w:pPr>
        <w:spacing w:after="20" w:before="0"/>
      </w:pPr>
      <w:r>
        <w:rPr>
          <w:b w:val="0"/>
          <w:i w:val="0"/>
          <w:sz w:val="21"/>
        </w:rPr>
      </w:r>
      <w:r>
        <w:rPr>
          <w:b/>
        </w:rPr>
        <w:t>Software Development Intern</w:t>
      </w:r>
      <w:r>
        <w:t>, Cottonquill Analytics, Fort Collins, CO</w:t>
      </w:r>
      <w:r>
        <w:rPr>
          <w:color w:val="5B6672"/>
        </w:rPr>
        <w:t xml:space="preserve">    Summer 2017</w:t>
      </w:r>
    </w:p>
    <w:p>
      <w:pPr>
        <w:pStyle w:val="ListBullet"/>
        <w:spacing w:after="40"/>
      </w:pPr>
      <w:r>
        <w:rPr>
          <w:sz w:val="21"/>
        </w:rPr>
        <w:t>Built internal dashboards in React and D3.js that replaced weekly spreadsheet reports for a 15-person analytics team.</w:t>
      </w:r>
    </w:p>
    <w:p>
      <w:pPr>
        <w:pStyle w:val="ListBullet"/>
        <w:spacing w:after="40"/>
      </w:pPr>
      <w:r>
        <w:rPr>
          <w:sz w:val="21"/>
        </w:rPr>
        <w:t>Wrote Python scripts to clean and load 2 million survey records into PostgreSQL for client reporting.</w:t>
      </w:r>
    </w:p>
    <w:p>
      <w:pPr>
        <w:spacing w:after="60" w:before="200"/>
      </w:pPr>
      <w:r>
        <w:rPr>
          <w:b/>
          <w:i w:val="0"/>
          <w:color w:val="1D7A53"/>
          <w:sz w:val="21"/>
        </w:rPr>
        <w:t>EDUCATION</w:t>
      </w:r>
    </w:p>
    <w:p>
      <w:pPr>
        <w:spacing w:after="40" w:before="0"/>
      </w:pPr>
      <w:r>
        <w:rPr>
          <w:b w:val="0"/>
          <w:i w:val="0"/>
          <w:sz w:val="21"/>
        </w:rPr>
        <w:t>B.S., Computer Science, Colorado State University, 2018</w:t>
      </w:r>
    </w:p>
    <w:p>
      <w:pPr>
        <w:spacing w:after="60" w:before="200"/>
      </w:pPr>
      <w:r>
        <w:rPr>
          <w:b/>
          <w:i w:val="0"/>
          <w:color w:val="1D7A53"/>
          <w:sz w:val="21"/>
        </w:rPr>
        <w:t>CERTIFICATIONS</w:t>
      </w:r>
    </w:p>
    <w:p>
      <w:pPr>
        <w:spacing w:after="40" w:before="0"/>
      </w:pPr>
      <w:r>
        <w:rPr>
          <w:b w:val="0"/>
          <w:i w:val="0"/>
          <w:sz w:val="21"/>
        </w:rPr>
        <w:t>AWS Certified Developer (Associate), 2024</w:t>
      </w:r>
    </w:p>
    <w:p>
      <w:pPr>
        <w:spacing w:after="60" w:before="200"/>
      </w:pPr>
      <w:r>
        <w:rPr>
          <w:b/>
          <w:i w:val="0"/>
          <w:color w:val="1D7A53"/>
          <w:sz w:val="21"/>
        </w:rPr>
        <w:t>TECHNICAL SKILLS</w:t>
      </w:r>
    </w:p>
    <w:p>
      <w:pPr>
        <w:spacing w:after="80" w:before="0"/>
      </w:pPr>
      <w:r>
        <w:rPr>
          <w:b w:val="0"/>
          <w:i w:val="0"/>
          <w:sz w:val="21"/>
        </w:rPr>
        <w:t>GitHub Actions | Redis | Datadog | Storybook | Figma | Jira</w:t>
      </w:r>
    </w:p>
    <w:p>
      <w:pPr>
        <w:spacing w:after="60" w:before="200"/>
      </w:pPr>
      <w:r>
        <w:rPr>
          <w:b/>
          <w:i w:val="0"/>
          <w:color w:val="1D7A53"/>
          <w:sz w:val="21"/>
        </w:rPr>
        <w:t>PROJECTS</w:t>
      </w:r>
    </w:p>
    <w:p>
      <w:pPr>
        <w:pStyle w:val="ListBullet"/>
        <w:spacing w:after="40"/>
      </w:pPr>
      <w:r>
        <w:rPr>
          <w:sz w:val="21"/>
        </w:rPr>
        <w:t>Open-source hiking log in Next.js and PostgreSQL with offline sync, used by 2,000+ hikers a month (github.com/priyapatel)</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Stack Developer (React, Node.js, PostgreSQL)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