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</w:pPr>
      <w:r>
        <w:rPr>
          <w:b/>
          <w:i w:val="0"/>
          <w:sz w:val="36"/>
        </w:rPr>
        <w:t>Kristen Dahlquist</w:t>
      </w:r>
    </w:p>
    <w:p>
      <w:pPr>
        <w:spacing w:after="40" w:before="0"/>
      </w:pPr>
      <w:r>
        <w:rPr>
          <w:b/>
          <w:i w:val="0"/>
          <w:color w:val="1D7A53"/>
          <w:sz w:val="23"/>
        </w:rPr>
        <w:t>Full Stack Developer (MERN)</w:t>
      </w:r>
    </w:p>
    <w:p>
      <w:pPr>
        <w:spacing w:after="160" w:before="0"/>
      </w:pPr>
      <w:r>
        <w:rPr>
          <w:b w:val="0"/>
          <w:i w:val="0"/>
          <w:color w:val="5B6672"/>
          <w:sz w:val="19"/>
        </w:rPr>
        <w:t>Minneapolis, MN | kristen.dahlquist@email.com | (555) 012-7734 | linkedin.com/in/kristendahlquist | github.com/kdahlquist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SUMMARY</w:t>
      </w:r>
    </w:p>
    <w:p>
      <w:pPr>
        <w:spacing w:after="80" w:before="0"/>
      </w:pPr>
      <w:r>
        <w:rPr>
          <w:b w:val="0"/>
          <w:i w:val="0"/>
          <w:sz w:val="21"/>
        </w:rPr>
        <w:t>MERN stack developer (MongoDB, Express, React, Node.js) who moved into software after 6 years in freight operations and now ships enrollment features at a benefits software company. Brings an operator's eye for manual work worth automating and plain-language communication with HR users. Targeting a Full Stack Developer II role.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SKILLS</w:t>
      </w:r>
    </w:p>
    <w:p>
      <w:pPr>
        <w:spacing w:after="80" w:before="0"/>
      </w:pPr>
      <w:r>
        <w:rPr>
          <w:b w:val="0"/>
          <w:i w:val="0"/>
          <w:sz w:val="21"/>
        </w:rPr>
        <w:t>JavaScript | TypeScript | React | Redux | Node.js | Express | MongoDB | PostgreSQL | Jest | Cypress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PROFESSIONAL EXPERIENCE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Full Stack Developer I</w:t>
      </w:r>
      <w:r>
        <w:t>, Brisklane Benefits, Minneapolis, MN</w:t>
      </w:r>
      <w:r>
        <w:rPr>
          <w:color w:val="5B6672"/>
        </w:rPr>
        <w:t xml:space="preserve">    Jun 2024-Present</w:t>
      </w:r>
    </w:p>
    <w:p>
      <w:pPr>
        <w:pStyle w:val="ListBullet"/>
        <w:spacing w:after="40"/>
      </w:pPr>
      <w:r>
        <w:rPr>
          <w:sz w:val="21"/>
        </w:rPr>
        <w:t>Build React and Node.js features and REST APIs for a benefits enrollment portal used by 85,000 members at 300 employer clients, from MongoDB schema to UI.</w:t>
      </w:r>
    </w:p>
    <w:p>
      <w:pPr>
        <w:pStyle w:val="ListBullet"/>
        <w:spacing w:after="40"/>
      </w:pPr>
      <w:r>
        <w:rPr>
          <w:sz w:val="21"/>
        </w:rPr>
        <w:t>Shipped a dependent-verification upload flow with Amazon S3 storage and status emails, cutting HR document follow-ups 40% in the first enrollment season.</w:t>
      </w:r>
    </w:p>
    <w:p>
      <w:pPr>
        <w:pStyle w:val="ListBullet"/>
        <w:spacing w:after="40"/>
      </w:pPr>
      <w:r>
        <w:rPr>
          <w:sz w:val="21"/>
        </w:rPr>
        <w:t>Wrote Cypress end-to-end tests for the 6 highest-traffic enrollment paths, catching 3 release-blocking regressions in the weeks before open enrollment.</w:t>
      </w:r>
    </w:p>
    <w:p>
      <w:pPr>
        <w:pStyle w:val="ListBullet"/>
        <w:spacing w:after="40"/>
      </w:pPr>
      <w:r>
        <w:rPr>
          <w:sz w:val="21"/>
        </w:rPr>
        <w:t>Joined the on-call rotation in month 5, resolving 25+ production tickets with runbook notes.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Freelance Web Developer</w:t>
      </w:r>
      <w:r>
        <w:t>, Self-employed, Minneapolis, MN</w:t>
      </w:r>
      <w:r>
        <w:rPr>
          <w:color w:val="5B6672"/>
        </w:rPr>
        <w:t xml:space="preserve">    Jan 2024-May 2024</w:t>
      </w:r>
    </w:p>
    <w:p>
      <w:pPr>
        <w:pStyle w:val="ListBullet"/>
        <w:spacing w:after="40"/>
      </w:pPr>
      <w:r>
        <w:rPr>
          <w:sz w:val="21"/>
        </w:rPr>
        <w:t>Built a React and Express booking site for a 3-chair barbershop, moving 70% of appointments from phone calls to online booking.</w:t>
      </w:r>
    </w:p>
    <w:p>
      <w:pPr>
        <w:pStyle w:val="ListBullet"/>
        <w:spacing w:after="40"/>
      </w:pPr>
      <w:r>
        <w:rPr>
          <w:sz w:val="21"/>
        </w:rPr>
        <w:t>Created a MongoDB inventory tracker for a nonprofit bike shop, replacing a shared spreadsheet that volunteers updated by hand after every sale.</w:t>
      </w:r>
    </w:p>
    <w:p>
      <w:pPr>
        <w:pStyle w:val="ListBullet"/>
        <w:spacing w:after="40"/>
      </w:pPr>
      <w:r>
        <w:rPr>
          <w:sz w:val="21"/>
        </w:rPr>
        <w:t>Scoped and invoiced work for 4 small-business clients and delivered every project on time.</w:t>
      </w:r>
    </w:p>
    <w:p>
      <w:pPr>
        <w:spacing w:after="20" w:before="0"/>
      </w:pPr>
      <w:r>
        <w:rPr>
          <w:b w:val="0"/>
          <w:i w:val="0"/>
          <w:sz w:val="21"/>
        </w:rPr>
      </w:r>
      <w:r>
        <w:rPr>
          <w:b/>
        </w:rPr>
        <w:t>Operations Coordinator</w:t>
      </w:r>
      <w:r>
        <w:t>, Halverton Freight Logistics, St. Paul, MN</w:t>
      </w:r>
      <w:r>
        <w:rPr>
          <w:color w:val="5B6672"/>
        </w:rPr>
        <w:t xml:space="preserve">    2017-2023</w:t>
      </w:r>
    </w:p>
    <w:p>
      <w:pPr>
        <w:pStyle w:val="ListBullet"/>
        <w:spacing w:after="40"/>
      </w:pPr>
      <w:r>
        <w:rPr>
          <w:sz w:val="21"/>
        </w:rPr>
        <w:t>Coordinated 30+ truckload shipments a day for 40 retail and manufacturing customers in 5 states.</w:t>
      </w:r>
    </w:p>
    <w:p>
      <w:pPr>
        <w:pStyle w:val="ListBullet"/>
        <w:spacing w:after="40"/>
      </w:pPr>
      <w:r>
        <w:rPr>
          <w:sz w:val="21"/>
        </w:rPr>
        <w:t>Automated the daily on-time delivery report with SQL and Google Apps Script, saving the team 6 hours a week and ending copy-paste errors.</w:t>
      </w:r>
    </w:p>
    <w:p>
      <w:pPr>
        <w:pStyle w:val="ListBullet"/>
        <w:spacing w:after="40"/>
      </w:pPr>
      <w:r>
        <w:rPr>
          <w:sz w:val="21"/>
        </w:rPr>
        <w:t>Trained 12 new coordinators on the transportation management system and wrote the team's first process wiki of 30 how-to guides.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EDUCATION</w:t>
      </w:r>
    </w:p>
    <w:p>
      <w:pPr>
        <w:spacing w:after="40" w:before="0"/>
      </w:pPr>
      <w:r>
        <w:rPr>
          <w:b w:val="0"/>
          <w:i w:val="0"/>
          <w:sz w:val="21"/>
        </w:rPr>
        <w:t>Full Stack Software Engineering Bootcamp (MERN, 16 weeks, 600+ hours), Corvane Code Academy, Minneapolis, MN, Dec 2023</w:t>
      </w:r>
    </w:p>
    <w:p>
      <w:pPr>
        <w:spacing w:after="40" w:before="0"/>
      </w:pPr>
      <w:r>
        <w:rPr>
          <w:b w:val="0"/>
          <w:i w:val="0"/>
          <w:sz w:val="21"/>
        </w:rPr>
        <w:t>B.A. in Economics, University of Minnesota, 2017</w:t>
      </w:r>
    </w:p>
    <w:p>
      <w:pPr>
        <w:spacing w:after="60" w:before="200"/>
      </w:pPr>
      <w:r>
        <w:rPr>
          <w:b/>
          <w:i w:val="0"/>
          <w:color w:val="1D7A53"/>
          <w:sz w:val="21"/>
        </w:rPr>
        <w:t>CERTIFICATIONS</w:t>
      </w:r>
    </w:p>
    <w:p>
      <w:pPr>
        <w:spacing w:after="40" w:before="0"/>
      </w:pPr>
      <w:r>
        <w:rPr>
          <w:b w:val="0"/>
          <w:i w:val="0"/>
          <w:sz w:val="21"/>
        </w:rPr>
        <w:t>MongoDB Associate Developer (Node.js), MongoDB University, 2025</w:t>
      </w:r>
    </w:p>
    <w:sectPr w:rsidR="00FC693F" w:rsidRPr="0006063C" w:rsidSect="00034616">
      <w:footerReference w:type="default" r:id="rId9"/>
      <w:pgSz w:w="12240" w:h="15840"/>
      <w:pgMar w:top="1000" w:right="1080" w:bottom="10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8A929C"/>
        <w:sz w:val="16"/>
      </w:rPr>
      <w:t>Resume template from ResumeCroc.com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Bootcamp Graduate and Career Changer (MERN Stack) resume template</dc:title>
  <dc:subject/>
  <dc:creator>ResumeCroc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