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Nia Coleman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Entry-Level Bank Teller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Raleigh, NC | nia.coleman@email.com | (555) 013-4471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Recent high school graduate seeking a full-time entry-level bank teller role. Brings a year of managing student funds and records as student government treasurer, two years of Saturday front desk volunteering and a self-run pet sitting business built on client trust. Microsoft Office Specialist in Excel, conversational in Spanish and available for Saturday and holiday-week shifts at any branch.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Cash counting and balancing | Customer greeting and service | 10-key and mental math | Microsoft Excel (MOS certified) | Recordkeeping and receipts | Confidential information handling | Phone and email etiquette | Conversational Spanish | Scheduling and time management | Dependable attendance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Student Government Treasurer</w:t>
      </w:r>
      <w:r>
        <w:t>, Larkmoor High School, Raleigh, NC</w:t>
      </w:r>
      <w:r>
        <w:rPr>
          <w:color w:val="5B6672"/>
        </w:rPr>
        <w:t xml:space="preserve">    2025-2026</w:t>
      </w:r>
    </w:p>
    <w:p>
      <w:pPr>
        <w:pStyle w:val="ListBullet"/>
        <w:spacing w:after="40"/>
      </w:pPr>
      <w:r>
        <w:rPr>
          <w:sz w:val="21"/>
        </w:rPr>
        <w:t>Tracked a $9,400 student activity budget in Excel, logging every deposit and purchase request.</w:t>
      </w:r>
    </w:p>
    <w:p>
      <w:pPr>
        <w:pStyle w:val="ListBullet"/>
        <w:spacing w:after="40"/>
      </w:pPr>
      <w:r>
        <w:rPr>
          <w:sz w:val="21"/>
        </w:rPr>
        <w:t>Counted cash from 11 fundraisers with a second officer, matching each total to its deposit slip.</w:t>
      </w:r>
    </w:p>
    <w:p>
      <w:pPr>
        <w:pStyle w:val="ListBullet"/>
        <w:spacing w:after="40"/>
      </w:pPr>
      <w:r>
        <w:rPr>
          <w:sz w:val="21"/>
        </w:rPr>
        <w:t>Cut prom check-in time in half with an alphabetized printout and a second check-in table.</w:t>
      </w:r>
    </w:p>
    <w:p>
      <w:pPr>
        <w:pStyle w:val="ListBullet"/>
        <w:spacing w:after="40"/>
      </w:pPr>
      <w:r>
        <w:rPr>
          <w:sz w:val="21"/>
        </w:rPr>
        <w:t>Presented monthly budget updates to 40 class officers, answering questions on remaining funds.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Front Desk Volunteer</w:t>
      </w:r>
      <w:r>
        <w:t>, Pinebrake Family Resource Center, Raleigh, NC</w:t>
      </w:r>
      <w:r>
        <w:rPr>
          <w:color w:val="5B6672"/>
        </w:rPr>
        <w:t xml:space="preserve">    2024-2026</w:t>
      </w:r>
    </w:p>
    <w:p>
      <w:pPr>
        <w:pStyle w:val="ListBullet"/>
        <w:spacing w:after="40"/>
      </w:pPr>
      <w:r>
        <w:rPr>
          <w:sz w:val="21"/>
        </w:rPr>
        <w:t>Signed in 30-50 visitors each Saturday and directed them to food, job search and parenting programs.</w:t>
      </w:r>
    </w:p>
    <w:p>
      <w:pPr>
        <w:pStyle w:val="ListBullet"/>
        <w:spacing w:after="40"/>
      </w:pPr>
      <w:r>
        <w:rPr>
          <w:sz w:val="21"/>
        </w:rPr>
        <w:t>Answered the main line and took messages for 6 staff members, including from Spanish-speaking callers.</w:t>
      </w:r>
    </w:p>
    <w:p>
      <w:pPr>
        <w:pStyle w:val="ListBullet"/>
        <w:spacing w:after="40"/>
      </w:pPr>
      <w:r>
        <w:rPr>
          <w:sz w:val="21"/>
        </w:rPr>
        <w:t>Kept visitor sign-in sheets confidential and locked them in the records cabinet at the end of every shift.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Pet Sitter and Dog Walker (Self-Employed)</w:t>
      </w:r>
      <w:r>
        <w:t>, Coleman Pet Care, Raleigh, NC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Built a repeat base of 14 client households by referral, holding house keys and alarm codes for each.</w:t>
      </w:r>
    </w:p>
    <w:p>
      <w:pPr>
        <w:pStyle w:val="ListBullet"/>
        <w:spacing w:after="40"/>
      </w:pPr>
      <w:r>
        <w:rPr>
          <w:sz w:val="21"/>
        </w:rPr>
        <w:t>Schedule 8-12 visits a week around school in Google Calendar, with no missed visit since 2023.</w:t>
      </w:r>
    </w:p>
    <w:p>
      <w:pPr>
        <w:pStyle w:val="ListBullet"/>
        <w:spacing w:after="40"/>
      </w:pPr>
      <w:r>
        <w:rPr>
          <w:sz w:val="21"/>
        </w:rPr>
        <w:t>Invoice clients and track payments and expenses in a spreadsheet, reconciling income every month.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High School Diploma, Larkmoor High School, Raleigh, NC, June 2026 · GPA 3.6</w:t>
      </w:r>
    </w:p>
    <w:p>
      <w:pPr>
        <w:spacing w:after="40" w:before="0"/>
      </w:pPr>
      <w:r>
        <w:rPr>
          <w:b w:val="0"/>
          <w:i w:val="0"/>
          <w:sz w:val="21"/>
        </w:rPr>
        <w:t>Coursework: Accounting I, Personal Finance, AP Statistics, Spanish III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Microsoft Office Specialist: Excel Associate (Microsoft 365 Apps), Certiport,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Microsoft Excel | Microsoft Word | Google Sheets and Calendar | 10-key calculator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ACTIVITIES</w:t>
      </w:r>
    </w:p>
    <w:p>
      <w:pPr>
        <w:pStyle w:val="ListBullet"/>
        <w:spacing w:after="40"/>
      </w:pPr>
      <w:r>
        <w:rPr>
          <w:sz w:val="21"/>
        </w:rPr>
        <w:t>Future Business Leaders of America (FBLA): 2nd place, Personal Finance, 2026 regional conference</w:t>
      </w:r>
    </w:p>
    <w:p>
      <w:pPr>
        <w:pStyle w:val="ListBullet"/>
        <w:spacing w:after="40"/>
      </w:pPr>
      <w:r>
        <w:rPr>
          <w:sz w:val="21"/>
        </w:rPr>
        <w:t>Varsity track and field, 4 seasons; team captain senior year, leading 30 athletes through warm-ups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Resume with No Formal Work Experience (High School Graduate)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