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Dominic Ruiz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Apprentice Electrician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Fort Worth, TX | dominic.ruiz@email.com | (555) 016-2287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Licensed Texas apprentice electrician and 2026 graduate of a 3-year high school CTE electrical program, with 1,500+ hours on residential and light commercial jobs under journeyman supervision. Holds an OSHA 10-Hour card and NCCER Electrical Level 1. Seeking a registered apprenticeship with steady hours, classroom training and a clear path to a journeyman license.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Rough-in and trim-out | EMT conduit bending | Wire pulling and terminations | Device and fixture installs | Print reading | Multimeter testing | Lockout/tagout | Jobsite safety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Electrical Apprentice</w:t>
      </w:r>
      <w:r>
        <w:t>, Halberd Electric Services, Fort Worth, TX</w:t>
      </w:r>
      <w:r>
        <w:rPr>
          <w:color w:val="5B6672"/>
        </w:rPr>
        <w:t xml:space="preserve">    Jun 2025-Present</w:t>
      </w:r>
    </w:p>
    <w:p>
      <w:pPr>
        <w:pStyle w:val="ListBullet"/>
        <w:spacing w:after="40"/>
      </w:pPr>
      <w:r>
        <w:rPr>
          <w:sz w:val="21"/>
        </w:rPr>
        <w:t>Joined as a 2025 summer hire, worked 12 hours a week in senior year, now full-time.</w:t>
      </w:r>
    </w:p>
    <w:p>
      <w:pPr>
        <w:pStyle w:val="ListBullet"/>
        <w:spacing w:after="40"/>
      </w:pPr>
      <w:r>
        <w:rPr>
          <w:sz w:val="21"/>
        </w:rPr>
        <w:t>Rough in boxes, pull wire and set devices in 2-3 new homes a week under a journeyman.</w:t>
      </w:r>
    </w:p>
    <w:p>
      <w:pPr>
        <w:pStyle w:val="ListBullet"/>
        <w:spacing w:after="40"/>
      </w:pPr>
      <w:r>
        <w:rPr>
          <w:sz w:val="21"/>
        </w:rPr>
        <w:t>Bent and installed 600+ feet of EMT with offsets and saddles on a retail finish-out.</w:t>
      </w:r>
    </w:p>
    <w:p>
      <w:pPr>
        <w:pStyle w:val="ListBullet"/>
        <w:spacing w:after="40"/>
      </w:pPr>
      <w:r>
        <w:rPr>
          <w:sz w:val="21"/>
        </w:rPr>
        <w:t>Made a van restock checklist that cut mid-day supply house runs from 4 a week to 1.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Build Volunteer</w:t>
      </w:r>
      <w:r>
        <w:t>, Ironbark Home Repair Collective, Fort Worth, TX</w:t>
      </w:r>
      <w:r>
        <w:rPr>
          <w:color w:val="5B6672"/>
        </w:rPr>
        <w:t xml:space="preserve">    2024-2026</w:t>
      </w:r>
    </w:p>
    <w:p>
      <w:pPr>
        <w:pStyle w:val="ListBullet"/>
        <w:spacing w:after="40"/>
      </w:pPr>
      <w:r>
        <w:rPr>
          <w:sz w:val="21"/>
        </w:rPr>
        <w:t>Installed grab bars and rebuilt porch steps for 9 older homeowners on weekend crews.</w:t>
      </w:r>
    </w:p>
    <w:p>
      <w:pPr>
        <w:pStyle w:val="ListBullet"/>
        <w:spacing w:after="40"/>
      </w:pPr>
      <w:r>
        <w:rPr>
          <w:sz w:val="21"/>
        </w:rPr>
        <w:t>Cut and fastened framing and decking for 3 wheelchair ramps built to a 1:12 slope.</w:t>
      </w:r>
    </w:p>
    <w:p>
      <w:pPr>
        <w:pStyle w:val="ListBullet"/>
        <w:spacing w:after="40"/>
      </w:pPr>
      <w:r>
        <w:rPr>
          <w:sz w:val="21"/>
        </w:rPr>
        <w:t>Logged tools out and in at every build, cutting missing tools to zero in 2025.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Stock Associate (Part-Time)</w:t>
      </w:r>
      <w:r>
        <w:t>, Tolliver &amp; Grange Hardware, Fort Worth, TX</w:t>
      </w:r>
      <w:r>
        <w:rPr>
          <w:color w:val="5B6672"/>
        </w:rPr>
        <w:t xml:space="preserve">    2023-2025</w:t>
      </w:r>
    </w:p>
    <w:p>
      <w:pPr>
        <w:pStyle w:val="ListBullet"/>
        <w:spacing w:after="40"/>
      </w:pPr>
      <w:r>
        <w:rPr>
          <w:sz w:val="21"/>
        </w:rPr>
        <w:t>Stocked electrical and plumbing aisles 15 hours a week and learned the part numbers.</w:t>
      </w:r>
    </w:p>
    <w:p>
      <w:pPr>
        <w:pStyle w:val="ListBullet"/>
        <w:spacing w:after="40"/>
      </w:pPr>
      <w:r>
        <w:rPr>
          <w:sz w:val="21"/>
        </w:rPr>
        <w:t>Helped 20+ shoppers a shift find the right wire and boxes, asking a lead when unsure.</w:t>
      </w:r>
    </w:p>
    <w:p>
      <w:pPr>
        <w:pStyle w:val="ListBullet"/>
        <w:spacing w:after="40"/>
      </w:pPr>
      <w:r>
        <w:rPr>
          <w:sz w:val="21"/>
        </w:rPr>
        <w:t>Cycle-counted 1,800 SKUs each quarter, keeping aisle counts within 2% of the system.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High School Diploma, Trinity Hollow High School, Fort Worth, TX, 2026 · CTE electrical pathway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Apprentice Electrician License, TDLR (active)</w:t>
      </w:r>
    </w:p>
    <w:p>
      <w:pPr>
        <w:spacing w:after="40" w:before="0"/>
      </w:pPr>
      <w:r>
        <w:rPr>
          <w:b w:val="0"/>
          <w:i w:val="0"/>
          <w:sz w:val="21"/>
        </w:rPr>
        <w:t>OSHA 10-Hour (2025)</w:t>
      </w:r>
    </w:p>
    <w:p>
      <w:pPr>
        <w:spacing w:after="40" w:before="0"/>
      </w:pPr>
      <w:r>
        <w:rPr>
          <w:b w:val="0"/>
          <w:i w:val="0"/>
          <w:sz w:val="21"/>
        </w:rPr>
        <w:t>NCCER Electrical Level 1 (2026)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ADDITIONAL</w:t>
      </w:r>
    </w:p>
    <w:p>
      <w:pPr>
        <w:pStyle w:val="ListBullet"/>
        <w:spacing w:after="40"/>
      </w:pPr>
      <w:r>
        <w:rPr>
          <w:sz w:val="21"/>
        </w:rPr>
        <w:t>Valid Texas driver's license, reliable transportation and a full set of personal hand tools</w:t>
      </w:r>
    </w:p>
    <w:p>
      <w:pPr>
        <w:pStyle w:val="ListBullet"/>
        <w:spacing w:after="40"/>
      </w:pPr>
      <w:r>
        <w:rPr>
          <w:sz w:val="21"/>
        </w:rPr>
        <w:t>Available for overtime, 6 a.m. starts and Saturday work during busy build seasons</w:t>
      </w:r>
    </w:p>
    <w:p>
      <w:pPr>
        <w:pStyle w:val="ListBullet"/>
        <w:spacing w:after="40"/>
      </w:pPr>
      <w:r>
        <w:rPr>
          <w:sz w:val="21"/>
        </w:rPr>
        <w:t>SkillsUSA Electrical Construction Wiring: regional winner and state qualifier, 2026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Electrical Apprentice (High School CTE Graduate)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