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Leah Kaminski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Junior DevOps Engineer, Terraform Associate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Pittsburgh, PA | leah.kaminski@email.com | (555) 012-4471 | linkedin.com/in/leahkaminski | github.com/leahkaminski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Computer science graduate with a 12-week DevOps internship, 2 years running a university Linux lab and a public GitHub home lab. Writes GitHub Actions workflows, Terraform modules and Dockerfiles, and troubleshoots Linux and networking calmly. Seeking a junior DevOps role on an AWS platform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AWS (EC2, S3, IAM, VPC, ECS) | Terraform | GitHub Actions | Docker | Kubernetes (k3s, Helm) | Argo CD | Ansible | Prometheus and Grafana | Linux (Ubuntu, RHEL) | Bash and Python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DevOps Engineering Intern</w:t>
      </w:r>
      <w:r>
        <w:t>, Kilnhaven Logistics Software, Pittsburgh, PA</w:t>
      </w:r>
      <w:r>
        <w:rPr>
          <w:color w:val="5B6672"/>
        </w:rPr>
        <w:t xml:space="preserve">    May 2025-Aug 2025</w:t>
      </w:r>
    </w:p>
    <w:p>
      <w:pPr>
        <w:pStyle w:val="ListBullet"/>
        <w:spacing w:after="40"/>
      </w:pPr>
      <w:r>
        <w:rPr>
          <w:sz w:val="21"/>
        </w:rPr>
        <w:t>Rebuilt a Jenkins job as a GitHub Actions workflow with caching and parallel tests, cutting builds from 18 to 11 minutes.</w:t>
      </w:r>
    </w:p>
    <w:p>
      <w:pPr>
        <w:pStyle w:val="ListBullet"/>
        <w:spacing w:after="40"/>
      </w:pPr>
      <w:r>
        <w:rPr>
          <w:sz w:val="21"/>
        </w:rPr>
        <w:t>Wrote Terraform modules for S3 and least-privilege IAM roles that 3 product teams now reuse.</w:t>
      </w:r>
    </w:p>
    <w:p>
      <w:pPr>
        <w:pStyle w:val="ListBullet"/>
        <w:spacing w:after="40"/>
      </w:pPr>
      <w:r>
        <w:rPr>
          <w:sz w:val="21"/>
        </w:rPr>
        <w:t>Shrank 2 Python service images 62% with multi-stage Docker builds and cleared all critical CVEs.</w:t>
      </w:r>
    </w:p>
    <w:p>
      <w:pPr>
        <w:pStyle w:val="ListBullet"/>
        <w:spacing w:after="40"/>
      </w:pPr>
      <w:r>
        <w:rPr>
          <w:sz w:val="21"/>
        </w:rPr>
        <w:t>Built Prometheus alerts and a Grafana latency dashboard for 6 services, then shadowed 4 weeks of on-call.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Student Linux Lab Administrator (Part-Time, Academic Year)</w:t>
      </w:r>
      <w:r>
        <w:t>, University of Pittsburgh, Pittsburgh, PA</w:t>
      </w:r>
      <w:r>
        <w:rPr>
          <w:color w:val="5B6672"/>
        </w:rPr>
        <w:t xml:space="preserve">    Sep 2024-May 2026</w:t>
      </w:r>
    </w:p>
    <w:p>
      <w:pPr>
        <w:pStyle w:val="ListBullet"/>
        <w:spacing w:after="40"/>
      </w:pPr>
      <w:r>
        <w:rPr>
          <w:sz w:val="21"/>
        </w:rPr>
        <w:t>Maintained 60 Ubuntu workstations and 4 GPU servers for 900+ students at over 99% availability.</w:t>
      </w:r>
    </w:p>
    <w:p>
      <w:pPr>
        <w:pStyle w:val="ListBullet"/>
        <w:spacing w:after="40"/>
      </w:pPr>
      <w:r>
        <w:rPr>
          <w:sz w:val="21"/>
        </w:rPr>
        <w:t>Cut a 6-hour monthly maintenance window to 45 minutes by automating patching with Ansible.</w:t>
      </w:r>
    </w:p>
    <w:p>
      <w:pPr>
        <w:pStyle w:val="ListBullet"/>
        <w:spacing w:after="40"/>
      </w:pPr>
      <w:r>
        <w:rPr>
          <w:sz w:val="21"/>
        </w:rPr>
        <w:t>Closed 25-40 tickets a week on SSH access and disk quotas, logging each fix in a runbook wiki.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Support Assistant (Part-Time)</w:t>
      </w:r>
      <w:r>
        <w:t>, Mossgrove Public Library, Pittsburgh, PA</w:t>
      </w:r>
      <w:r>
        <w:rPr>
          <w:color w:val="5B6672"/>
        </w:rPr>
        <w:t xml:space="preserve">    2023-2024</w:t>
      </w:r>
    </w:p>
    <w:p>
      <w:pPr>
        <w:pStyle w:val="ListBullet"/>
        <w:spacing w:after="40"/>
      </w:pPr>
      <w:r>
        <w:rPr>
          <w:sz w:val="21"/>
        </w:rPr>
        <w:t>Resolved 20+ tickets a week on PCs, printers and Wi-Fi for staff and patrons at 2 branches.</w:t>
      </w:r>
    </w:p>
    <w:p>
      <w:pPr>
        <w:pStyle w:val="ListBullet"/>
        <w:spacing w:after="40"/>
      </w:pPr>
      <w:r>
        <w:rPr>
          <w:sz w:val="21"/>
        </w:rPr>
        <w:t>Reimaged 45 public PCs with a scripted setup, cutting each rebuild from 90 minutes to 20.</w:t>
      </w:r>
    </w:p>
    <w:p>
      <w:pPr>
        <w:pStyle w:val="ListBullet"/>
        <w:spacing w:after="40"/>
      </w:pPr>
      <w:r>
        <w:rPr>
          <w:sz w:val="21"/>
        </w:rPr>
        <w:t>Wrote a PowerShell script that resets public PCs nightly, ending slow-login complaints that had reached 10 a week.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Computer Science, University of Pittsburgh, 2026 · GPA 3.6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HashiCorp Certified: Terraform Associate, HashiCorp, 2026</w:t>
      </w:r>
    </w:p>
    <w:p>
      <w:pPr>
        <w:spacing w:after="40" w:before="0"/>
      </w:pPr>
      <w:r>
        <w:rPr>
          <w:b w:val="0"/>
          <w:i w:val="0"/>
          <w:sz w:val="21"/>
        </w:rPr>
        <w:t>AWS Certified Cloud Practitioner, Amazon Web Services, 2025</w:t>
      </w:r>
    </w:p>
    <w:p>
      <w:pPr>
        <w:spacing w:after="40" w:before="0"/>
      </w:pPr>
      <w:r>
        <w:rPr>
          <w:b w:val="0"/>
          <w:i w:val="0"/>
          <w:sz w:val="21"/>
        </w:rPr>
        <w:t>Certified Kubernetes Administrator (CKA), Linux Foundation, exam booked for Dec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Home lab: 3-node k3s cluster run by Argo CD GitOps with Prometheus, rebuilt entirely from code</w:t>
      </w:r>
    </w:p>
    <w:p>
      <w:pPr>
        <w:pStyle w:val="ListBullet"/>
        <w:spacing w:after="40"/>
      </w:pPr>
      <w:r>
        <w:rPr>
          <w:sz w:val="21"/>
        </w:rPr>
        <w:t>Capstone: blue-green deploys of a Flask app to AWS ECS via Terraform and GitHub Actions OIDC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DevOps Engineer (New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