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Luis Arredondo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DevOps Engineer, CKA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Raleigh, NC | luis.arredondo@email.com | (555) 014-8813 | linkedin.com/in/luisarredondo | github.com/luisarredondo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DevOps engineer with 3 years of experience running AWS infrastructure and CI/CD for a payments SaaS platform handling 2M transactions a day. Owns Terraform for 4 AWS accounts, 2 EKS clusters and all deployment pipelines, and is one of 5 engineers on the weekly on-call rotation.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CI/CD pipelines | Infrastructure as code | Kubernetes operations | GitOps delivery | Cloud cost optimization | Observability and alerting | Incident response | Python and Bash automation | Secrets and IAM management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DevOps Engineer</w:t>
      </w:r>
      <w:r>
        <w:t>, Tallyfield Software, Raleigh, NC</w:t>
      </w:r>
      <w:r>
        <w:rPr>
          <w:color w:val="5B6672"/>
        </w:rPr>
        <w:t xml:space="preserve">    Aug 2024-Present</w:t>
      </w:r>
    </w:p>
    <w:p>
      <w:pPr>
        <w:pStyle w:val="ListBullet"/>
        <w:spacing w:after="40"/>
      </w:pPr>
      <w:r>
        <w:rPr>
          <w:sz w:val="21"/>
        </w:rPr>
        <w:t>Migrated 30 services from hand-run Jenkins jobs to reusable GitHub Actions workflows, moving deployments from weekly to 6 times a day.</w:t>
      </w:r>
    </w:p>
    <w:p>
      <w:pPr>
        <w:pStyle w:val="ListBullet"/>
        <w:spacing w:after="40"/>
      </w:pPr>
      <w:r>
        <w:rPr>
          <w:sz w:val="21"/>
        </w:rPr>
        <w:t>Moved EKS deployments to Argo CD and Helm, cutting failed deployments 45% and making rollback a Git revert.</w:t>
      </w:r>
    </w:p>
    <w:p>
      <w:pPr>
        <w:pStyle w:val="ListBullet"/>
        <w:spacing w:after="40"/>
      </w:pPr>
      <w:r>
        <w:rPr>
          <w:sz w:val="21"/>
        </w:rPr>
        <w:t>Replaced 46 static AWS keys in CI with GitHub OIDC roles, closing a top audit finding before the first SOC 2 report.</w:t>
      </w:r>
    </w:p>
    <w:p>
      <w:pPr>
        <w:pStyle w:val="ListBullet"/>
        <w:spacing w:after="40"/>
      </w:pPr>
      <w:r>
        <w:rPr>
          <w:sz w:val="21"/>
        </w:rPr>
        <w:t>Cut monthly AWS spend 22% by right-sizing RDS, moving batch jobs to Spot and deleting 14 TB of orphaned snapshots.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Associate DevOps Engineer</w:t>
      </w:r>
      <w:r>
        <w:t>, Tallyfield Software, Raleigh, NC</w:t>
      </w:r>
      <w:r>
        <w:rPr>
          <w:color w:val="5B6672"/>
        </w:rPr>
        <w:t xml:space="preserve">    Jun 2023-Aug 2024</w:t>
      </w:r>
    </w:p>
    <w:p>
      <w:pPr>
        <w:pStyle w:val="ListBullet"/>
        <w:spacing w:after="40"/>
      </w:pPr>
      <w:r>
        <w:rPr>
          <w:sz w:val="21"/>
        </w:rPr>
        <w:t>Imported 200+ hand-built AWS resources into Terraform, ending staging drift and cutting new-environment setup from 2 days to 3 hours.</w:t>
      </w:r>
    </w:p>
    <w:p>
      <w:pPr>
        <w:pStyle w:val="ListBullet"/>
        <w:spacing w:after="40"/>
      </w:pPr>
      <w:r>
        <w:rPr>
          <w:sz w:val="21"/>
        </w:rPr>
        <w:t>Retuned the 12 noisiest Datadog alerts and wrote runbooks for each, cutting after-hours pages per on-call week from 19 to 7.</w:t>
      </w:r>
    </w:p>
    <w:p>
      <w:pPr>
        <w:pStyle w:val="ListBullet"/>
        <w:spacing w:after="40"/>
      </w:pPr>
      <w:r>
        <w:rPr>
          <w:sz w:val="21"/>
        </w:rPr>
        <w:t>Automated pull request preview environments with Helm, giving QA a testable build within 10 minutes of every commit.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NOC Technician</w:t>
      </w:r>
      <w:r>
        <w:t>, Brassmoor Data Centers, Durham, NC</w:t>
      </w:r>
      <w:r>
        <w:rPr>
          <w:color w:val="5B6672"/>
        </w:rPr>
        <w:t xml:space="preserve">    2021-2023</w:t>
      </w:r>
    </w:p>
    <w:p>
      <w:pPr>
        <w:pStyle w:val="ListBullet"/>
        <w:spacing w:after="40"/>
      </w:pPr>
      <w:r>
        <w:rPr>
          <w:sz w:val="21"/>
        </w:rPr>
        <w:t>Monitored 1,400 customer circuits and servers in a 24/7 NOC, triaging alerts and escalating outages inside a 15-minute SLA.</w:t>
      </w:r>
    </w:p>
    <w:p>
      <w:pPr>
        <w:pStyle w:val="ListBullet"/>
        <w:spacing w:after="40"/>
      </w:pPr>
      <w:r>
        <w:rPr>
          <w:sz w:val="21"/>
        </w:rPr>
        <w:t>Wrote Python scripts that backed up 600 switch and firewall configs to Git nightly, cutting change lookups from hours to minutes.</w:t>
      </w:r>
    </w:p>
    <w:p>
      <w:pPr>
        <w:pStyle w:val="ListBullet"/>
        <w:spacing w:after="40"/>
      </w:pPr>
      <w:r>
        <w:rPr>
          <w:sz w:val="21"/>
        </w:rPr>
        <w:t>Handled 300+ incident tickets a quarter in ServiceNow and joined root cause reviews for 3 major customer outages.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B.S. in Computer Science, North Carolina State University, 2021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Certified Kubernetes Administrator (CKA), Linux Foundation, 2025</w:t>
      </w:r>
    </w:p>
    <w:p>
      <w:pPr>
        <w:spacing w:after="40" w:before="0"/>
      </w:pPr>
      <w:r>
        <w:rPr>
          <w:b w:val="0"/>
          <w:i w:val="0"/>
          <w:sz w:val="21"/>
        </w:rPr>
        <w:t>AWS Certified Solutions Architect, Associate, Amazon Web Services, 2024</w:t>
      </w:r>
    </w:p>
    <w:p>
      <w:pPr>
        <w:spacing w:after="40" w:before="0"/>
      </w:pPr>
      <w:r>
        <w:rPr>
          <w:b w:val="0"/>
          <w:i w:val="0"/>
          <w:sz w:val="21"/>
        </w:rPr>
        <w:t>HashiCorp Certified: Terraform Associate, HashiCorp, 2025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AWS (EKS, EC2, RDS, IAM, CloudWatch) | Terraform | GitHub Actions | Argo CD | Helm | Docker | Datadog | HashiCorp Vault | Python | Bash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DevOps Engineer (3 Years Experience)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