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Tasha Rhodes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IT Support Specialist | CompTIA A+ Certified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Indianapolis, IN | tasha.rhodes@email.com | (555) 013-4827 | linkedin.com/in/tasharhodes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CompTIA A+ certified IT support career changer with 5 years in big-box retail, including 3 as the store's go-to troubleshooter for POS terminals, handheld scanners and printers. Volunteers weekly on a public library tech help desk, resolving Windows 11, Microsoft 365 and smartphone issues for walk-in patrons. Seeking a Tier 1 help desk or desktop support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Windows 11 troubleshooting | Microsoft 365 and Outlook | Active Directory (lab) | Hardware and peripherals | POS and printer support | TCP/IP, DNS and DHCP | Ticketing and documentation | iOS and Android setup | Remote support | Customer de-escalation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IT Help Desk Volunteer</w:t>
      </w:r>
      <w:r>
        <w:t>, Ottercombe Public Library, Indianapolis, IN</w:t>
      </w:r>
      <w:r>
        <w:rPr>
          <w:color w:val="5B6672"/>
        </w:rPr>
        <w:t xml:space="preserve">    2025-Present</w:t>
      </w:r>
    </w:p>
    <w:p>
      <w:pPr>
        <w:pStyle w:val="ListBullet"/>
        <w:spacing w:after="40"/>
      </w:pPr>
      <w:r>
        <w:rPr>
          <w:sz w:val="21"/>
        </w:rPr>
        <w:t>Run a weekly 4-hour tech help desk, resolving 15-20 laptop, phone, printer and Wi-Fi issues per session.</w:t>
      </w:r>
    </w:p>
    <w:p>
      <w:pPr>
        <w:pStyle w:val="ListBullet"/>
        <w:spacing w:after="40"/>
      </w:pPr>
      <w:r>
        <w:rPr>
          <w:sz w:val="21"/>
        </w:rPr>
        <w:t>Log every request in Jira Service Management; wrote 25 plain-language knowledge base articles that cut repeat questions by about a third.</w:t>
      </w:r>
    </w:p>
    <w:p>
      <w:pPr>
        <w:pStyle w:val="ListBullet"/>
        <w:spacing w:after="40"/>
      </w:pPr>
      <w:r>
        <w:rPr>
          <w:sz w:val="21"/>
        </w:rPr>
        <w:t>Powerwashed, enrolled in Google Admin and asset-tagged 40 loaner Chromebooks with the library IT coordinator before launch.</w:t>
      </w:r>
    </w:p>
    <w:p>
      <w:pPr>
        <w:pStyle w:val="ListBullet"/>
        <w:spacing w:after="40"/>
      </w:pPr>
      <w:r>
        <w:rPr>
          <w:sz w:val="21"/>
        </w:rPr>
        <w:t>Taught 6 classes on passwords, phishing and safe email to 70+ older adults, using step-by-step handouts.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Shift Lead (Key Holder)</w:t>
      </w:r>
      <w:r>
        <w:t>, Dunnock Home Supply, Indianapolis, IN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Troubleshoot 12 POS terminals, 20 handheld scanners and 4 receipt printers as first-line support, fixing 4 in 5 issues without a ticket.</w:t>
      </w:r>
    </w:p>
    <w:p>
      <w:pPr>
        <w:pStyle w:val="ListBullet"/>
        <w:spacing w:after="40"/>
      </w:pPr>
      <w:r>
        <w:rPr>
          <w:sz w:val="21"/>
        </w:rPr>
        <w:t>Trained 15 new hires on the POS, inventory app and scanners, cutting first-month register errors by 40%.</w:t>
      </w:r>
    </w:p>
    <w:p>
      <w:pPr>
        <w:pStyle w:val="ListBullet"/>
        <w:spacing w:after="40"/>
      </w:pPr>
      <w:r>
        <w:rPr>
          <w:sz w:val="21"/>
        </w:rPr>
        <w:t>Lead a 6-person closing team and reconcile the cash office nightly, with zero cash variances in 2025.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Sales Associate, Electronics and Smart Home</w:t>
      </w:r>
      <w:r>
        <w:t>, Dunnock Home Supply, Indianapolis, IN</w:t>
      </w:r>
      <w:r>
        <w:rPr>
          <w:color w:val="5B6672"/>
        </w:rPr>
        <w:t xml:space="preserve">    2021-2023</w:t>
      </w:r>
    </w:p>
    <w:p>
      <w:pPr>
        <w:pStyle w:val="ListBullet"/>
        <w:spacing w:after="40"/>
      </w:pPr>
      <w:r>
        <w:rPr>
          <w:sz w:val="21"/>
        </w:rPr>
        <w:t>Set up and paired smart doorbells, mesh Wi-Fi routers and thermostats for customers before they left.</w:t>
      </w:r>
    </w:p>
    <w:p>
      <w:pPr>
        <w:pStyle w:val="ListBullet"/>
        <w:spacing w:after="40"/>
      </w:pPr>
      <w:r>
        <w:rPr>
          <w:sz w:val="21"/>
        </w:rPr>
        <w:t>Ranked in the store's top 3 for protection plan sales in 5 of 8 quarters.</w:t>
      </w:r>
    </w:p>
    <w:p>
      <w:pPr>
        <w:pStyle w:val="ListBullet"/>
        <w:spacing w:after="40"/>
      </w:pPr>
      <w:r>
        <w:rPr>
          <w:sz w:val="21"/>
        </w:rPr>
        <w:t>Answered 40+ calls a shift on orders, returns and stock checks, resolving most without a manager.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Business Administration coursework (24 credits), Ivy Tech Community College, 2019-2020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CompTIA A+, 2026</w:t>
      </w:r>
    </w:p>
    <w:p>
      <w:pPr>
        <w:spacing w:after="40" w:before="0"/>
      </w:pPr>
      <w:r>
        <w:rPr>
          <w:b w:val="0"/>
          <w:i w:val="0"/>
          <w:sz w:val="21"/>
        </w:rPr>
        <w:t>Google IT Support Professional Certificate, 2025</w:t>
      </w:r>
    </w:p>
    <w:p>
      <w:pPr>
        <w:spacing w:after="40" w:before="0"/>
      </w:pPr>
      <w:r>
        <w:rPr>
          <w:b w:val="0"/>
          <w:i w:val="0"/>
          <w:sz w:val="21"/>
        </w:rPr>
        <w:t>CompTIA Network+ (in progress)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HOME LAB</w:t>
      </w:r>
    </w:p>
    <w:p>
      <w:pPr>
        <w:pStyle w:val="ListBullet"/>
        <w:spacing w:after="40"/>
      </w:pPr>
      <w:r>
        <w:rPr>
          <w:sz w:val="21"/>
        </w:rPr>
        <w:t>Built a Windows Server 2022 domain in VirtualBox with 25 test users, group policies and shared folders</w:t>
      </w:r>
    </w:p>
    <w:p>
      <w:pPr>
        <w:pStyle w:val="ListBullet"/>
        <w:spacing w:after="40"/>
      </w:pPr>
      <w:r>
        <w:rPr>
          <w:sz w:val="21"/>
        </w:rPr>
        <w:t>Practice account unlocks, password resets and new-user setups weekly, with runbooks posted on GitHub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 Resume with No Experience (Retail to IT Support)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