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Daniel Cross</w:t>
      </w:r>
    </w:p>
    <w:p>
      <w:pPr>
        <w:spacing w:after="40" w:before="0"/>
      </w:pPr>
      <w:r>
        <w:rPr>
          <w:b/>
          <w:i w:val="0"/>
          <w:color w:val="1D7A53"/>
          <w:sz w:val="23"/>
        </w:rPr>
        <w:t>Project Coordinator | Operations</w:t>
      </w:r>
    </w:p>
    <w:p>
      <w:pPr>
        <w:spacing w:after="160" w:before="0"/>
      </w:pPr>
      <w:r>
        <w:rPr>
          <w:b w:val="0"/>
          <w:i w:val="0"/>
          <w:color w:val="5B6672"/>
          <w:sz w:val="19"/>
        </w:rPr>
        <w:t>Denver, CO | daniel.cross@email.com | (555) 017-4115 | linkedin.com/in/danielcross</w:t>
      </w:r>
    </w:p>
    <w:p>
      <w:pPr>
        <w:spacing w:after="60" w:before="200"/>
      </w:pPr>
      <w:r>
        <w:rPr>
          <w:b/>
          <w:i w:val="0"/>
          <w:color w:val="1D7A53"/>
          <w:sz w:val="21"/>
        </w:rPr>
        <w:t>PROFESSIONAL SUMMARY</w:t>
      </w:r>
    </w:p>
    <w:p>
      <w:pPr>
        <w:spacing w:after="80" w:before="0"/>
      </w:pPr>
      <w:r>
        <w:rPr>
          <w:b w:val="0"/>
          <w:i w:val="0"/>
          <w:sz w:val="21"/>
        </w:rPr>
        <w:t>Operations professional moving from restaurant management into project coordination, bringing 10 years of leading teams, managing budgets and improving processes under pressure. Plans work in Asana and Smartsheet and keeps vendors, contractors and staff on deadline and on budget. Google Project Management and PMI CAPM certified. Seeking an operations or project coordinator role.</w:t>
      </w:r>
    </w:p>
    <w:p>
      <w:pPr>
        <w:spacing w:after="60" w:before="200"/>
      </w:pPr>
      <w:r>
        <w:rPr>
          <w:b/>
          <w:i w:val="0"/>
          <w:color w:val="1D7A53"/>
          <w:sz w:val="21"/>
        </w:rPr>
        <w:t>SKILLS</w:t>
      </w:r>
    </w:p>
    <w:p>
      <w:pPr>
        <w:spacing w:after="80" w:before="0"/>
      </w:pPr>
      <w:r>
        <w:rPr>
          <w:b w:val="0"/>
          <w:i w:val="0"/>
          <w:sz w:val="21"/>
        </w:rPr>
        <w:t>Project coordination | Scheduling and logistics | Budget and cost control | Vendor management | Process improvement and mapping | Risk and issue tracking | Stakeholder communication | Team leadership | Cross-functional teamwork | Asana, Trello and Excel</w:t>
      </w:r>
    </w:p>
    <w:p>
      <w:pPr>
        <w:spacing w:after="60" w:before="200"/>
      </w:pPr>
      <w:r>
        <w:rPr>
          <w:b/>
          <w:i w:val="0"/>
          <w:color w:val="1D7A53"/>
          <w:sz w:val="21"/>
        </w:rPr>
        <w:t>PROFESSIONAL EXPERIENCE</w:t>
      </w:r>
    </w:p>
    <w:p>
      <w:pPr>
        <w:spacing w:after="20" w:before="0"/>
      </w:pPr>
      <w:r>
        <w:rPr>
          <w:b w:val="0"/>
          <w:i w:val="0"/>
          <w:sz w:val="21"/>
        </w:rPr>
      </w:r>
      <w:r>
        <w:rPr>
          <w:b/>
        </w:rPr>
        <w:t>General Manager</w:t>
      </w:r>
      <w:r>
        <w:t>, Halverton Dining Group, Denver, CO</w:t>
      </w:r>
      <w:r>
        <w:rPr>
          <w:color w:val="5B6672"/>
        </w:rPr>
        <w:t xml:space="preserve">    2019-Present</w:t>
      </w:r>
    </w:p>
    <w:p>
      <w:pPr>
        <w:pStyle w:val="ListBullet"/>
        <w:spacing w:after="40"/>
      </w:pPr>
      <w:r>
        <w:rPr>
          <w:sz w:val="21"/>
        </w:rPr>
        <w:t>Managed a $3M annual budget and a team of 40, coordinating staff schedules, 12 vendors and daily operations.</w:t>
      </w:r>
    </w:p>
    <w:p>
      <w:pPr>
        <w:pStyle w:val="ListBullet"/>
        <w:spacing w:after="40"/>
      </w:pPr>
      <w:r>
        <w:rPr>
          <w:sz w:val="21"/>
        </w:rPr>
        <w:t>Redesigned scheduling and ordering with a par-level tracker, cutting food waste 18% and overtime 22% in a year.</w:t>
      </w:r>
    </w:p>
    <w:p>
      <w:pPr>
        <w:pStyle w:val="ListBullet"/>
        <w:spacing w:after="40"/>
      </w:pPr>
      <w:r>
        <w:rPr>
          <w:sz w:val="21"/>
        </w:rPr>
        <w:t>Led a two-location POS rollout as a 6-week project, training 45 staff and going live on time, $8K under budget.</w:t>
      </w:r>
    </w:p>
    <w:p>
      <w:pPr>
        <w:pStyle w:val="ListBullet"/>
        <w:spacing w:after="40"/>
      </w:pPr>
      <w:r>
        <w:rPr>
          <w:sz w:val="21"/>
        </w:rPr>
        <w:t>Coordinated a 10-week dining room remodel with 4 contractors while open, holding revenue within 5% of plan.</w:t>
      </w:r>
    </w:p>
    <w:p>
      <w:pPr>
        <w:spacing w:after="20" w:before="0"/>
      </w:pPr>
      <w:r>
        <w:rPr>
          <w:b w:val="0"/>
          <w:i w:val="0"/>
          <w:sz w:val="21"/>
        </w:rPr>
      </w:r>
      <w:r>
        <w:rPr>
          <w:b/>
        </w:rPr>
        <w:t>Assistant Manager</w:t>
      </w:r>
      <w:r>
        <w:t>, Rowan Restaurants, Boulder, CO</w:t>
      </w:r>
      <w:r>
        <w:rPr>
          <w:color w:val="5B6672"/>
        </w:rPr>
        <w:t xml:space="preserve">    2016-2019</w:t>
      </w:r>
    </w:p>
    <w:p>
      <w:pPr>
        <w:pStyle w:val="ListBullet"/>
        <w:spacing w:after="40"/>
      </w:pPr>
      <w:r>
        <w:rPr>
          <w:sz w:val="21"/>
        </w:rPr>
        <w:t>Coordinated staffing and inventory for a busy 600-cover-a-day site, meeting cost targets in 11 of 12 quarters.</w:t>
      </w:r>
    </w:p>
    <w:p>
      <w:pPr>
        <w:pStyle w:val="ListBullet"/>
        <w:spacing w:after="40"/>
      </w:pPr>
      <w:r>
        <w:rPr>
          <w:sz w:val="21"/>
        </w:rPr>
        <w:t>Wrote the restaurant's first standard opening and closing checklists, cutting new-hire training from 3 weeks to 2.</w:t>
      </w:r>
    </w:p>
    <w:p>
      <w:pPr>
        <w:pStyle w:val="ListBullet"/>
        <w:spacing w:after="40"/>
      </w:pPr>
      <w:r>
        <w:rPr>
          <w:sz w:val="21"/>
        </w:rPr>
        <w:t>Renegotiated produce and linen contracts with 5 vendors, saving $26K a year with no drop in product quality.</w:t>
      </w:r>
    </w:p>
    <w:p>
      <w:pPr>
        <w:spacing w:after="20" w:before="0"/>
      </w:pPr>
      <w:r>
        <w:rPr>
          <w:b w:val="0"/>
          <w:i w:val="0"/>
          <w:sz w:val="21"/>
        </w:rPr>
      </w:r>
      <w:r>
        <w:rPr>
          <w:b/>
        </w:rPr>
        <w:t>Shift Supervisor</w:t>
      </w:r>
      <w:r>
        <w:t>, Pearlwick Bistro, Boulder, CO</w:t>
      </w:r>
      <w:r>
        <w:rPr>
          <w:color w:val="5B6672"/>
        </w:rPr>
        <w:t xml:space="preserve">    2013-2016</w:t>
      </w:r>
    </w:p>
    <w:p>
      <w:pPr>
        <w:pStyle w:val="ListBullet"/>
        <w:spacing w:after="40"/>
      </w:pPr>
      <w:r>
        <w:rPr>
          <w:sz w:val="21"/>
        </w:rPr>
        <w:t>Ran front-of-house shifts of 8 servers and hosts, 25 hours a week, while completing a business degree.</w:t>
      </w:r>
    </w:p>
    <w:p>
      <w:pPr>
        <w:pStyle w:val="ListBullet"/>
        <w:spacing w:after="40"/>
      </w:pPr>
      <w:r>
        <w:rPr>
          <w:sz w:val="21"/>
        </w:rPr>
        <w:t>Built a shared shift-swap calendar that ended double-booking and cut last-minute call-outs by about half.</w:t>
      </w:r>
    </w:p>
    <w:p>
      <w:pPr>
        <w:pStyle w:val="ListBullet"/>
        <w:spacing w:after="40"/>
      </w:pPr>
      <w:r>
        <w:rPr>
          <w:sz w:val="21"/>
        </w:rPr>
        <w:t>Trained 12 new servers on reservations and table-turn standards during a 40-seat patio expansion in 2015.</w:t>
      </w:r>
    </w:p>
    <w:p>
      <w:pPr>
        <w:spacing w:after="60" w:before="200"/>
      </w:pPr>
      <w:r>
        <w:rPr>
          <w:b/>
          <w:i w:val="0"/>
          <w:color w:val="1D7A53"/>
          <w:sz w:val="21"/>
        </w:rPr>
        <w:t>EDUCATION</w:t>
      </w:r>
    </w:p>
    <w:p>
      <w:pPr>
        <w:spacing w:after="40" w:before="0"/>
      </w:pPr>
      <w:r>
        <w:rPr>
          <w:b w:val="0"/>
          <w:i w:val="0"/>
          <w:sz w:val="21"/>
        </w:rPr>
        <w:t>B.S., Business Administration, University of Colorado Boulder, 2016</w:t>
      </w:r>
    </w:p>
    <w:p>
      <w:pPr>
        <w:spacing w:after="60" w:before="200"/>
      </w:pPr>
      <w:r>
        <w:rPr>
          <w:b/>
          <w:i w:val="0"/>
          <w:color w:val="1D7A53"/>
          <w:sz w:val="21"/>
        </w:rPr>
        <w:t>CERTIFICATIONS</w:t>
      </w:r>
    </w:p>
    <w:p>
      <w:pPr>
        <w:spacing w:after="40" w:before="0"/>
      </w:pPr>
      <w:r>
        <w:rPr>
          <w:b w:val="0"/>
          <w:i w:val="0"/>
          <w:sz w:val="21"/>
        </w:rPr>
        <w:t>Certified Associate in Project Management (CAPM), PMI, 2025</w:t>
      </w:r>
    </w:p>
    <w:p>
      <w:pPr>
        <w:spacing w:after="40" w:before="0"/>
      </w:pPr>
      <w:r>
        <w:rPr>
          <w:b w:val="0"/>
          <w:i w:val="0"/>
          <w:sz w:val="21"/>
        </w:rPr>
        <w:t>Google Project Management Professional Certificate (Coursera), 2024</w:t>
      </w:r>
    </w:p>
    <w:p>
      <w:pPr>
        <w:spacing w:after="60" w:before="200"/>
      </w:pPr>
      <w:r>
        <w:rPr>
          <w:b/>
          <w:i w:val="0"/>
          <w:color w:val="1D7A53"/>
          <w:sz w:val="21"/>
        </w:rPr>
        <w:t>TECHNICAL SKILLS</w:t>
      </w:r>
    </w:p>
    <w:p>
      <w:pPr>
        <w:spacing w:after="80" w:before="0"/>
      </w:pPr>
      <w:r>
        <w:rPr>
          <w:b w:val="0"/>
          <w:i w:val="0"/>
          <w:sz w:val="21"/>
        </w:rPr>
        <w:t>Asana | Smartsheet | Trello | Microsoft Excel (pivot tables) | Microsoft Project | Toast POS | 7shifts</w:t>
      </w:r>
    </w:p>
    <w:p>
      <w:pPr>
        <w:spacing w:after="60" w:before="200"/>
      </w:pPr>
      <w:r>
        <w:rPr>
          <w:b/>
          <w:i w:val="0"/>
          <w:color w:val="1D7A53"/>
          <w:sz w:val="21"/>
        </w:rPr>
        <w:t>VOLUNTEER PROJECT WORK</w:t>
      </w:r>
    </w:p>
    <w:p>
      <w:pPr>
        <w:pStyle w:val="ListBullet"/>
        <w:spacing w:after="40"/>
      </w:pPr>
      <w:r>
        <w:rPr>
          <w:sz w:val="21"/>
        </w:rPr>
        <w:t>Logistics lead, Denver charity food festival, 2023-Present: load-in schedule for 30 vendors and 1,200 guests</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Manager to Project Coordinator Career Change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