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Leticia Ybarra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School Administrative Assistant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Fresno, CA | leticia.ybarra@email.com | (555) 018-3364 | linkedin.com/in/leticiaybarra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Bilingual (English and Spanish) school administrative assistant with 8 years in K-12 front offices. Runs the main office of a TK-6 elementary school: attendance and enrollment in Aeries, substitutes in Frontline and visitor check-in in Raptor. Trusted by the principal with FERPA-protected records, family communication, purchase requisitions and the school's office supply budget.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Aeries SIS | Attendance and enrollment | FERPA records | Frontline substitutes | Raptor check-in | Bilingual family outreach | Office budget | Principal calendar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School Administrative Assistant</w:t>
      </w:r>
      <w:r>
        <w:t>, Ochrewood Elementary School, Fresno, CA</w:t>
      </w:r>
      <w:r>
        <w:rPr>
          <w:color w:val="5B6672"/>
        </w:rPr>
        <w:t xml:space="preserve">    2021-Present</w:t>
      </w:r>
    </w:p>
    <w:p>
      <w:pPr>
        <w:pStyle w:val="ListBullet"/>
        <w:spacing w:after="40"/>
      </w:pPr>
      <w:r>
        <w:rPr>
          <w:sz w:val="21"/>
        </w:rPr>
        <w:t>Run the main office of a 640-student school, handling 120+ calls and visitors a day in 2 languages.</w:t>
      </w:r>
    </w:p>
    <w:p>
      <w:pPr>
        <w:pStyle w:val="ListBullet"/>
        <w:spacing w:after="40"/>
      </w:pPr>
      <w:r>
        <w:rPr>
          <w:sz w:val="21"/>
        </w:rPr>
        <w:t>Post daily attendance in Aeries and call families, helping cut chronic absence from 19% to 12%.</w:t>
      </w:r>
    </w:p>
    <w:p>
      <w:pPr>
        <w:pStyle w:val="ListBullet"/>
        <w:spacing w:after="40"/>
      </w:pPr>
      <w:r>
        <w:rPr>
          <w:sz w:val="21"/>
        </w:rPr>
        <w:t>Enroll 150+ new students a year, verifying residency and requesting prior-school records in 5 days.</w:t>
      </w:r>
    </w:p>
    <w:p>
      <w:pPr>
        <w:pStyle w:val="ListBullet"/>
        <w:spacing w:after="40"/>
      </w:pPr>
      <w:r>
        <w:rPr>
          <w:sz w:val="21"/>
        </w:rPr>
        <w:t>Fill 15-25 teacher absences a week in Frontline, placing a substitute for 96% before the first bell.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Attendance Clerk</w:t>
      </w:r>
      <w:r>
        <w:t>, Brimfield Oaks Middle School, Fresno, CA</w:t>
      </w:r>
      <w:r>
        <w:rPr>
          <w:color w:val="5B6672"/>
        </w:rPr>
        <w:t xml:space="preserve">    2018-2021</w:t>
      </w:r>
    </w:p>
    <w:p>
      <w:pPr>
        <w:pStyle w:val="ListBullet"/>
        <w:spacing w:after="40"/>
      </w:pPr>
      <w:r>
        <w:rPr>
          <w:sz w:val="21"/>
        </w:rPr>
        <w:t>Recorded period attendance for 900 students and drafted truancy letters for the assistant principal.</w:t>
      </w:r>
    </w:p>
    <w:p>
      <w:pPr>
        <w:pStyle w:val="ListBullet"/>
        <w:spacing w:after="40"/>
      </w:pPr>
      <w:r>
        <w:rPr>
          <w:sz w:val="21"/>
        </w:rPr>
        <w:t>Answered records requests under FERPA, releasing data only to verified guardians and other schools.</w:t>
      </w:r>
    </w:p>
    <w:p>
      <w:pPr>
        <w:pStyle w:val="ListBullet"/>
        <w:spacing w:after="40"/>
      </w:pPr>
      <w:r>
        <w:rPr>
          <w:sz w:val="21"/>
        </w:rPr>
        <w:t>Tracked daily distance-learning participation in 2020-2021 and called families of absent students.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Member Services Representative</w:t>
      </w:r>
      <w:r>
        <w:t>, Valley Quill Credit Union, Fresno, CA</w:t>
      </w:r>
      <w:r>
        <w:rPr>
          <w:color w:val="5B6672"/>
        </w:rPr>
        <w:t xml:space="preserve">    2015-2018</w:t>
      </w:r>
    </w:p>
    <w:p>
      <w:pPr>
        <w:pStyle w:val="ListBullet"/>
        <w:spacing w:after="40"/>
      </w:pPr>
      <w:r>
        <w:rPr>
          <w:sz w:val="21"/>
        </w:rPr>
        <w:t>Served 40+ members a day in English and Spanish with deposits, account changes and debit card issues.</w:t>
      </w:r>
    </w:p>
    <w:p>
      <w:pPr>
        <w:pStyle w:val="ListBullet"/>
        <w:spacing w:after="40"/>
      </w:pPr>
      <w:r>
        <w:rPr>
          <w:sz w:val="21"/>
        </w:rPr>
        <w:t>Balanced a teller drawer every shift and passed 3 surprise cash audits with zero variances.</w:t>
      </w:r>
    </w:p>
    <w:p>
      <w:pPr>
        <w:pStyle w:val="ListBullet"/>
        <w:spacing w:after="40"/>
      </w:pPr>
      <w:r>
        <w:rPr>
          <w:sz w:val="21"/>
        </w:rPr>
        <w:t>Booked 25+ auto loan appointments a quarter by referring qualified members to loan officers.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Associate of Arts, Fresno City College, 2015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Mandated Reporter Training (California, completed annually)</w:t>
      </w:r>
    </w:p>
    <w:p>
      <w:pPr>
        <w:spacing w:after="40" w:before="0"/>
      </w:pPr>
      <w:r>
        <w:rPr>
          <w:b w:val="0"/>
          <w:i w:val="0"/>
          <w:sz w:val="21"/>
        </w:rPr>
        <w:t>CPR, AED and First Aid (American Red Cross)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SCHOOL INVOLVEMENT</w:t>
      </w:r>
    </w:p>
    <w:p>
      <w:pPr>
        <w:pStyle w:val="ListBullet"/>
        <w:spacing w:after="40"/>
      </w:pPr>
      <w:r>
        <w:rPr>
          <w:sz w:val="21"/>
        </w:rPr>
        <w:t>School Site Council, classified staff representative for the front office, 2023-Present</w:t>
      </w:r>
    </w:p>
    <w:p>
      <w:pPr>
        <w:pStyle w:val="ListBullet"/>
        <w:spacing w:after="40"/>
      </w:pPr>
      <w:r>
        <w:rPr>
          <w:sz w:val="21"/>
        </w:rPr>
        <w:t>Safety committee: keep fire, earthquake and lockdown drill logs and emergency contact binders</w:t>
      </w:r>
    </w:p>
    <w:p>
      <w:pPr>
        <w:pStyle w:val="ListBullet"/>
        <w:spacing w:after="40"/>
      </w:pPr>
      <w:r>
        <w:rPr>
          <w:sz w:val="21"/>
        </w:rPr>
        <w:t>District peer trainer: taught Aeries attendance codes and Raptor check-in to 5 new office clerks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Administrative Assistant (School Secretary)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