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Tiana Robinson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Administrative Assistant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tiana.robinson@email.com | (555) 013-4471 | linkedin.com/in/tianarobinson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Organized entry-level administrative assistant with an AAS in Business Administration, two years of front-desk work-study in a college enrollment office and three years of retail shift leadership. MOS-certified in Word and Excel, types 68 WPM and handles phones, scheduling and data entry accurately. Seeking a first full-time administrative assistant role with a busy office team.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Front-desk reception | Multi-line phones | Scheduling (Outlook) | Fast, accurate data entry | Scanning and indexing | Records management | Word and Excel | Google Workspace | Cash handling | Confidentiality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Student Office Assistant (Federal Work-Study), Enrollment Services</w:t>
      </w:r>
      <w:r>
        <w:t>, Central Piedmont Community College, Charlotte, NC</w:t>
      </w:r>
      <w:r>
        <w:rPr>
          <w:color w:val="5B6672"/>
        </w:rPr>
        <w:t xml:space="preserve">    2024-2026</w:t>
      </w:r>
    </w:p>
    <w:p>
      <w:pPr>
        <w:pStyle w:val="ListBullet"/>
        <w:spacing w:after="40"/>
      </w:pPr>
      <w:r>
        <w:rPr>
          <w:sz w:val="21"/>
        </w:rPr>
        <w:t>Greeted and directed 60+ students and visitors a day at the enrollment desk on deadlines and forms.</w:t>
      </w:r>
    </w:p>
    <w:p>
      <w:pPr>
        <w:pStyle w:val="ListBullet"/>
        <w:spacing w:after="40"/>
      </w:pPr>
      <w:r>
        <w:rPr>
          <w:sz w:val="21"/>
        </w:rPr>
        <w:t>Answered a 4-line phone system at peak registration, routing calls to advising, aid and records.</w:t>
      </w:r>
    </w:p>
    <w:p>
      <w:pPr>
        <w:pStyle w:val="ListBullet"/>
        <w:spacing w:after="40"/>
      </w:pPr>
      <w:r>
        <w:rPr>
          <w:sz w:val="21"/>
        </w:rPr>
        <w:t>Scanned and indexed 2,500+ transcripts and forms, with zero misfiled records in the spring audit.</w:t>
      </w:r>
    </w:p>
    <w:p>
      <w:pPr>
        <w:pStyle w:val="ListBullet"/>
        <w:spacing w:after="40"/>
      </w:pPr>
      <w:r>
        <w:rPr>
          <w:sz w:val="21"/>
        </w:rPr>
        <w:t>Booked 30+ advising appointments a week in Outlook; reminder emails cut weekly no-shows from 14 to 5.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Shift Lead (Part-Time)</w:t>
      </w:r>
      <w:r>
        <w:t>, Fallowbrook Home &amp; Hardware, Charlotte, NC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Count 4 cash drawers and prepare bank deposits 3 days a week, with no variance over $5 in 18 months.</w:t>
      </w:r>
    </w:p>
    <w:p>
      <w:pPr>
        <w:pStyle w:val="ListBullet"/>
        <w:spacing w:after="40"/>
      </w:pPr>
      <w:r>
        <w:rPr>
          <w:sz w:val="21"/>
        </w:rPr>
        <w:t>Build the weekly Excel schedule for 9 part-time associates, covering every shift in 2 holiday peaks.</w:t>
      </w:r>
    </w:p>
    <w:p>
      <w:pPr>
        <w:pStyle w:val="ListBullet"/>
        <w:spacing w:after="40"/>
      </w:pPr>
      <w:r>
        <w:rPr>
          <w:sz w:val="21"/>
        </w:rPr>
        <w:t>Track special orders in Google Sheets and call customers, halving uncollected hold-shelf orders.</w:t>
      </w:r>
    </w:p>
    <w:p>
      <w:pPr>
        <w:pStyle w:val="ListBullet"/>
        <w:spacing w:after="40"/>
      </w:pPr>
      <w:r>
        <w:rPr>
          <w:sz w:val="21"/>
        </w:rPr>
        <w:t>Answer the store phone and email inbox, resolving 25+ customer questions a shift without escalation.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Front Desk Volunteer</w:t>
      </w:r>
      <w:r>
        <w:t>, Brindlewood Community Pantry, Charlotte, NC</w:t>
      </w:r>
      <w:r>
        <w:rPr>
          <w:color w:val="5B6672"/>
        </w:rPr>
        <w:t xml:space="preserve">    2022-2023</w:t>
      </w:r>
    </w:p>
    <w:p>
      <w:pPr>
        <w:pStyle w:val="ListBullet"/>
        <w:spacing w:after="40"/>
      </w:pPr>
      <w:r>
        <w:rPr>
          <w:sz w:val="21"/>
        </w:rPr>
        <w:t>Checked in 80+ families each Saturday, verifying eligibility forms and keeping details confidential.</w:t>
      </w:r>
    </w:p>
    <w:p>
      <w:pPr>
        <w:pStyle w:val="ListBullet"/>
        <w:spacing w:after="40"/>
      </w:pPr>
      <w:r>
        <w:rPr>
          <w:sz w:val="21"/>
        </w:rPr>
        <w:t>Wrote a one-page shift guide in Word that every new volunteer received on their first day.</w:t>
      </w:r>
    </w:p>
    <w:p>
      <w:pPr>
        <w:pStyle w:val="ListBullet"/>
        <w:spacing w:after="40"/>
      </w:pPr>
      <w:r>
        <w:rPr>
          <w:sz w:val="21"/>
        </w:rPr>
        <w:t>Logged weekly donation totals in Google Sheets for the pantry's monthly report to its food bank.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Associate in Applied Science, Business Administration, Central Piedmont Community College,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Microsoft Office Specialist (MOS): Word Associate and Excel Associate (Microsoft 365 Apps), Certiport,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COURSEWORK AND HONORS</w:t>
      </w:r>
    </w:p>
    <w:p>
      <w:pPr>
        <w:pStyle w:val="ListBullet"/>
        <w:spacing w:after="40"/>
      </w:pPr>
      <w:r>
        <w:rPr>
          <w:sz w:val="21"/>
        </w:rPr>
        <w:t>Business Communication · Spreadsheet Applications · Principles of Accounting (QuickBooks Online)</w:t>
      </w:r>
    </w:p>
    <w:p>
      <w:pPr>
        <w:pStyle w:val="ListBullet"/>
        <w:spacing w:after="40"/>
      </w:pPr>
      <w:r>
        <w:rPr>
          <w:sz w:val="21"/>
        </w:rPr>
        <w:t>Phi Theta Kappa honor society member; Dean's List for 3 semesters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Administrative Assistant (First Admin Job)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