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Kieran Mensah</w:t>
      </w:r>
    </w:p>
    <w:p>
      <w:pPr>
        <w:spacing w:after="40" w:before="0"/>
      </w:pPr>
      <w:r>
        <w:rPr>
          <w:b/>
          <w:color w:val="1D7A53"/>
          <w:sz w:val="23"/>
        </w:rPr>
        <w:t>Warehouse Operative</w:t>
      </w:r>
    </w:p>
    <w:p>
      <w:pPr>
        <w:spacing w:after="160" w:before="0"/>
      </w:pPr>
      <w:r>
        <w:rPr>
          <w:b w:val="0"/>
          <w:color w:val="5B6672"/>
          <w:sz w:val="19"/>
        </w:rPr>
        <w:t>Northampton | kieran.mensah@email.com | 07700 900213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Fit, reliable sixth form leaver seeking a first warehouse operative role in Northampton. Volunteers every Saturday in a food bank warehouse, unloading deliveries and packing parcels to a list, and has two years of fast-paced kitchen work. Available for any shift, including nights, weekends and bank holidays.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Picking and packing | Unloading deliveries | Date and damage checks | Safe lifting | Hand pallet truck | Stock rotation | Working at speed | Following procedures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Volunteer Warehouse Assistant</w:t>
      </w:r>
      <w:r>
        <w:t>, Wren Lane Community Food Bank, Northampton</w:t>
      </w:r>
      <w:r>
        <w:rPr>
          <w:color w:val="5B6672"/>
        </w:rPr>
        <w:t xml:space="preserve">    Jan 2026 - Present</w:t>
      </w:r>
    </w:p>
    <w:p>
      <w:pPr>
        <w:pStyle w:val="ListBullet"/>
        <w:spacing w:after="40"/>
      </w:pPr>
      <w:r>
        <w:rPr>
          <w:sz w:val="21"/>
        </w:rPr>
        <w:t>Unload and sort around 40 crates of donated food each Saturday, checking best-before dates and setting aside damaged tins.</w:t>
      </w:r>
    </w:p>
    <w:p>
      <w:pPr>
        <w:pStyle w:val="ListBullet"/>
        <w:spacing w:after="40"/>
      </w:pPr>
      <w:r>
        <w:rPr>
          <w:sz w:val="21"/>
        </w:rPr>
        <w:t>Pack 25 to 30 emergency food parcels a shift to a set list, checking each one against the referral sheet.</w:t>
      </w:r>
    </w:p>
    <w:p>
      <w:pPr>
        <w:pStyle w:val="ListBullet"/>
        <w:spacing w:after="40"/>
      </w:pPr>
      <w:r>
        <w:rPr>
          <w:sz w:val="21"/>
        </w:rPr>
        <w:t>Move stock to labelled racking with a hand pallet truck, keeping fire exits clear.</w:t>
      </w:r>
    </w:p>
    <w:p>
      <w:pPr>
        <w:pStyle w:val="ListBullet"/>
        <w:spacing w:after="40"/>
      </w:pPr>
      <w:r>
        <w:rPr>
          <w:sz w:val="21"/>
        </w:rPr>
        <w:t>Show new volunteers how to lift and stack crates safely, after completing the food bank's manual handling briefing.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Work Experience Placement</w:t>
      </w:r>
      <w:r>
        <w:t>, Corbel Timber Supplies, Northampton</w:t>
      </w:r>
      <w:r>
        <w:rPr>
          <w:color w:val="5B6672"/>
        </w:rPr>
        <w:t xml:space="preserve">    Jul 2025</w:t>
      </w:r>
    </w:p>
    <w:p>
      <w:pPr>
        <w:pStyle w:val="ListBullet"/>
        <w:spacing w:after="40"/>
      </w:pPr>
      <w:r>
        <w:rPr>
          <w:sz w:val="21"/>
        </w:rPr>
        <w:t>Spent a week in a builders' merchant yard, picking timber, fixings and sealants for trade orders.</w:t>
      </w:r>
    </w:p>
    <w:p>
      <w:pPr>
        <w:pStyle w:val="ListBullet"/>
        <w:spacing w:after="40"/>
      </w:pPr>
      <w:r>
        <w:rPr>
          <w:sz w:val="21"/>
        </w:rPr>
        <w:t>Checked delivery notes against goods arriving on pallets and reported two short deliveries to the yard supervisor.</w:t>
      </w:r>
    </w:p>
    <w:p>
      <w:pPr>
        <w:pStyle w:val="ListBullet"/>
        <w:spacing w:after="40"/>
      </w:pPr>
      <w:r>
        <w:rPr>
          <w:sz w:val="21"/>
        </w:rPr>
        <w:t>Shadowed a counterbalance forklift driver, learning the yard's one-way system and pedestrian exclusion zones.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Kitchen Crew Member (part-time)</w:t>
      </w:r>
      <w:r>
        <w:t>, Bunfire Burgers, Northampton</w:t>
      </w:r>
      <w:r>
        <w:rPr>
          <w:color w:val="5B6672"/>
        </w:rPr>
        <w:t xml:space="preserve">    Aug 2024 - Present</w:t>
      </w:r>
    </w:p>
    <w:p>
      <w:pPr>
        <w:pStyle w:val="ListBullet"/>
        <w:spacing w:after="40"/>
      </w:pPr>
      <w:r>
        <w:rPr>
          <w:sz w:val="21"/>
        </w:rPr>
        <w:t>Prepare and assemble orders during Friday and Saturday evening rushes of up to 150 orders, keeping to ticket times.</w:t>
      </w:r>
    </w:p>
    <w:p>
      <w:pPr>
        <w:pStyle w:val="ListBullet"/>
        <w:spacing w:after="40"/>
      </w:pPr>
      <w:r>
        <w:rPr>
          <w:sz w:val="21"/>
        </w:rPr>
        <w:t>Check and put away weekly frozen and chilled deliveries, rotating stock so the oldest dates are used first.</w:t>
      </w:r>
    </w:p>
    <w:p>
      <w:pPr>
        <w:pStyle w:val="ListBullet"/>
        <w:spacing w:after="40"/>
      </w:pPr>
      <w:r>
        <w:rPr>
          <w:sz w:val="21"/>
        </w:rPr>
        <w:t>Close down the kitchen twice a week, completing the cleaning schedule and fridge temperature log.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A-levels: Business (C), Geography (C); BTEC National Extended Certificate in Sport (Merit), 2026</w:t>
      </w:r>
    </w:p>
    <w:p>
      <w:pPr>
        <w:spacing w:after="40" w:before="0"/>
      </w:pPr>
      <w:r>
        <w:rPr>
          <w:b w:val="0"/>
          <w:sz w:val="21"/>
        </w:rPr>
        <w:t>8 GCSEs grades 9-4 including English Language (5) and Maths (4), 2024</w:t>
      </w:r>
    </w:p>
    <w:p>
      <w:pPr>
        <w:spacing w:after="40" w:before="0"/>
      </w:pPr>
      <w:r>
        <w:rPr>
          <w:b w:val="0"/>
          <w:sz w:val="21"/>
        </w:rPr>
        <w:t>Level 2 Food Safety and Hygiene certificate, 2024</w:t>
      </w:r>
    </w:p>
    <w:p>
      <w:pPr>
        <w:spacing w:after="60" w:before="200"/>
      </w:pPr>
      <w:r>
        <w:rPr>
          <w:b/>
          <w:color w:val="1D7A53"/>
          <w:sz w:val="21"/>
        </w:rPr>
        <w:t>ACHIEVEMENTS</w:t>
      </w:r>
    </w:p>
    <w:p>
      <w:pPr>
        <w:pStyle w:val="ListBullet"/>
        <w:spacing w:after="40"/>
      </w:pPr>
      <w:r>
        <w:rPr>
          <w:sz w:val="21"/>
        </w:rPr>
        <w:t>Silver Duke of Edinburgh's Award, including a three-day hiking expedition carrying a full pack.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Warehouse Operative CV with No Experience (School Leaver)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