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Agnieszka Nowak</w:t>
      </w:r>
    </w:p>
    <w:p>
      <w:pPr>
        <w:spacing w:after="40" w:before="0"/>
      </w:pPr>
      <w:r>
        <w:rPr>
          <w:b/>
          <w:color w:val="1D7A53"/>
          <w:sz w:val="23"/>
        </w:rPr>
        <w:t>Warehouse Operative (Picker Packer)</w:t>
      </w:r>
    </w:p>
    <w:p>
      <w:pPr>
        <w:spacing w:after="160" w:before="0"/>
      </w:pPr>
      <w:r>
        <w:rPr>
          <w:b w:val="0"/>
          <w:color w:val="5B6672"/>
          <w:sz w:val="19"/>
        </w:rPr>
        <w:t>Milton Keynes | agnieszka.nowak@email.com | 07700 900586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Warehouse operative with four years in e-commerce fulfilment and 99.8% pick accuracy over the last 12 months, measured by the site's random weekly audit. Picks fashion and homeware orders, packs to retailer standards and covers goods-in when volumes shift. Powered pallet truck trained, fluent in English and Polish, and seeking a permanent day or night shift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RF scanner picking | Multi-order trolley picking | Packing to retailer standards | Goods-in and putaway | Powered pallet truck (PPT) | Manual handling | Stock replenishment | Working to units-per-hour targets | English and Polish (fluent)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 (Picker Packer)</w:t>
      </w:r>
      <w:r>
        <w:t>, Hartsfold Fulfilment, Milton Keynes</w:t>
      </w:r>
      <w:r>
        <w:rPr>
          <w:color w:val="5B6672"/>
        </w:rPr>
        <w:t xml:space="preserve">    Oct 2022 - Present</w:t>
      </w:r>
    </w:p>
    <w:p>
      <w:pPr>
        <w:pStyle w:val="ListBullet"/>
        <w:spacing w:after="40"/>
      </w:pPr>
      <w:r>
        <w:rPr>
          <w:sz w:val="21"/>
        </w:rPr>
        <w:t>Pick single and multi-item orders with an RF scanner, averaging 132 units per hour against a target of 115.</w:t>
      </w:r>
    </w:p>
    <w:p>
      <w:pPr>
        <w:pStyle w:val="ListBullet"/>
        <w:spacing w:after="40"/>
      </w:pPr>
      <w:r>
        <w:rPr>
          <w:sz w:val="21"/>
        </w:rPr>
        <w:t>Joined as an agency temp for the 2022 Christmas peak and was offered a permanent contract within four months.</w:t>
      </w:r>
    </w:p>
    <w:p>
      <w:pPr>
        <w:pStyle w:val="ListBullet"/>
        <w:spacing w:after="40"/>
      </w:pPr>
      <w:r>
        <w:rPr>
          <w:sz w:val="21"/>
        </w:rPr>
        <w:t>Pack up to 400 parcels a shift, choosing box sizes that cut void fill and avoid carrier oversize charges.</w:t>
      </w:r>
    </w:p>
    <w:p>
      <w:pPr>
        <w:pStyle w:val="ListBullet"/>
        <w:spacing w:after="40"/>
      </w:pPr>
      <w:r>
        <w:rPr>
          <w:sz w:val="21"/>
        </w:rPr>
        <w:t>Cover goods-in on Mondays, hand-unloading containers and moving pallets to putaway lanes with a powered pallet truck.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Stockroom and Delivery Assistant</w:t>
      </w:r>
      <w:r>
        <w:t>, Bramblecote Home &amp; Garden, Milton Keynes</w:t>
      </w:r>
      <w:r>
        <w:rPr>
          <w:color w:val="5B6672"/>
        </w:rPr>
        <w:t xml:space="preserve">    2019 - 2022</w:t>
      </w:r>
    </w:p>
    <w:p>
      <w:pPr>
        <w:pStyle w:val="ListBullet"/>
        <w:spacing w:after="40"/>
      </w:pPr>
      <w:r>
        <w:rPr>
          <w:sz w:val="21"/>
        </w:rPr>
        <w:t>Unloaded and checked two supplier deliveries a day against purchase orders, logging shortages and damage on the stock system.</w:t>
      </w:r>
    </w:p>
    <w:p>
      <w:pPr>
        <w:pStyle w:val="ListBullet"/>
        <w:spacing w:after="40"/>
      </w:pPr>
      <w:r>
        <w:rPr>
          <w:sz w:val="21"/>
        </w:rPr>
        <w:t>Kept a 2,000-line stockroom organised by aisle and bay, so colleagues could find stock for the shop floor quickly.</w:t>
      </w:r>
    </w:p>
    <w:p>
      <w:pPr>
        <w:pStyle w:val="ListBullet"/>
        <w:spacing w:after="40"/>
      </w:pPr>
      <w:r>
        <w:rPr>
          <w:sz w:val="21"/>
        </w:rPr>
        <w:t>Picked and packed home delivery orders for garden furniture, using two-person lifts for loads over 25kg.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Retail Assistant</w:t>
      </w:r>
      <w:r>
        <w:t>, Bramblecote Home &amp; Garden, Milton Keynes</w:t>
      </w:r>
      <w:r>
        <w:rPr>
          <w:color w:val="5B6672"/>
        </w:rPr>
        <w:t xml:space="preserve">    2018 - 2019</w:t>
      </w:r>
    </w:p>
    <w:p>
      <w:pPr>
        <w:pStyle w:val="ListBullet"/>
        <w:spacing w:after="40"/>
      </w:pPr>
      <w:r>
        <w:rPr>
          <w:sz w:val="21"/>
        </w:rPr>
        <w:t>Served customers on the tills and shop floor, and helped build the garden centre's seasonal displays each spring.</w:t>
      </w:r>
    </w:p>
    <w:p>
      <w:pPr>
        <w:pStyle w:val="ListBullet"/>
        <w:spacing w:after="40"/>
      </w:pPr>
      <w:r>
        <w:rPr>
          <w:sz w:val="21"/>
        </w:rPr>
        <w:t>Moved into the stockroom after volunteering for every early delivery shift during the 2018 Christmas period.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Level 3 National Diploma in Business, Milton Keynes College, 2018</w:t>
      </w:r>
    </w:p>
    <w:p>
      <w:pPr>
        <w:spacing w:after="40" w:before="0"/>
      </w:pPr>
      <w:r>
        <w:rPr>
          <w:b w:val="0"/>
          <w:sz w:val="21"/>
        </w:rPr>
        <w:t>7 GCSEs grades A*-C including English and Maths, 2016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Powered pallet truck training, in-house (2023)</w:t>
      </w:r>
    </w:p>
    <w:p>
      <w:pPr>
        <w:spacing w:after="40" w:before="0"/>
      </w:pPr>
      <w:r>
        <w:rPr>
          <w:b w:val="0"/>
          <w:sz w:val="21"/>
        </w:rPr>
        <w:t>Manual handling refresher (2025)</w:t>
      </w:r>
    </w:p>
    <w:p>
      <w:pPr>
        <w:spacing w:after="60" w:before="200"/>
      </w:pPr>
      <w:r>
        <w:rPr>
          <w:b/>
          <w:color w:val="1D7A53"/>
          <w:sz w:val="21"/>
        </w:rPr>
        <w:t>ADDITIONAL INFORMATION</w:t>
      </w:r>
    </w:p>
    <w:p>
      <w:pPr>
        <w:pStyle w:val="ListBullet"/>
        <w:spacing w:after="40"/>
      </w:pPr>
      <w:r>
        <w:rPr>
          <w:sz w:val="21"/>
        </w:rPr>
        <w:t>Full UK driving licence and own car, so early, late and night shifts are no problem.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Operative CV (Picker Packer, E-commerce)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