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sz w:val="36"/>
        </w:rPr>
        <w:t>Rohan Mistry</w:t>
      </w:r>
    </w:p>
    <w:p>
      <w:pPr>
        <w:spacing w:after="40" w:before="0"/>
      </w:pPr>
      <w:r>
        <w:rPr>
          <w:b/>
          <w:color w:val="1D7A53"/>
          <w:sz w:val="23"/>
        </w:rPr>
        <w:t>Banqueting and Café Waiter</w:t>
      </w:r>
    </w:p>
    <w:p>
      <w:pPr>
        <w:spacing w:after="160" w:before="0"/>
      </w:pPr>
      <w:r>
        <w:rPr>
          <w:b w:val="0"/>
          <w:color w:val="5B6672"/>
          <w:sz w:val="19"/>
        </w:rPr>
        <w:t>Sheffield | rohan.mistry@email.com | 07700 900726</w:t>
      </w:r>
    </w:p>
    <w:p>
      <w:pPr>
        <w:spacing w:after="60" w:before="200"/>
      </w:pPr>
      <w:r>
        <w:rPr>
          <w:b/>
          <w:color w:val="1D7A53"/>
          <w:sz w:val="21"/>
        </w:rPr>
        <w:t>PERSONAL PROFILE</w:t>
      </w:r>
    </w:p>
    <w:p>
      <w:pPr>
        <w:spacing w:after="80" w:before="0"/>
      </w:pPr>
      <w:r>
        <w:rPr>
          <w:b w:val="0"/>
          <w:sz w:val="21"/>
        </w:rPr>
        <w:t>Second-year business student at the University of Sheffield with two years of part-time waiting in a brunch café and a hotel banqueting suite for up to 300 guests. Confident with plated wedding service, café table service and card payments. Seeking weekend waiting or banqueting shifts, available Friday to Sunday in term time and full-time over Christmas, Easter and summer.</w:t>
      </w:r>
    </w:p>
    <w:p>
      <w:pPr>
        <w:spacing w:after="60" w:before="200"/>
      </w:pPr>
      <w:r>
        <w:rPr>
          <w:b/>
          <w:color w:val="1D7A53"/>
          <w:sz w:val="21"/>
        </w:rPr>
        <w:t>KEY SKILLS</w:t>
      </w:r>
    </w:p>
    <w:p>
      <w:pPr>
        <w:spacing w:after="80" w:before="0"/>
      </w:pPr>
      <w:r>
        <w:rPr>
          <w:b w:val="0"/>
          <w:sz w:val="21"/>
        </w:rPr>
        <w:t>Plated wedding and banquet service | Function room set-up and breakdown | Drinks package service | Café table service | iPad EPOS and split bills | Espresso drinks | Allergen awareness | Teamwork in large event teams | English and Gujarati (fluent)</w:t>
      </w:r>
    </w:p>
    <w:p>
      <w:pPr>
        <w:spacing w:after="60" w:before="200"/>
      </w:pPr>
      <w:r>
        <w:rPr>
          <w:b/>
          <w:color w:val="1D7A53"/>
          <w:sz w:val="21"/>
        </w:rPr>
        <w:t>EMPLOYMENT HISTORY</w:t>
      </w:r>
    </w:p>
    <w:p>
      <w:pPr>
        <w:spacing w:after="20" w:before="0"/>
      </w:pPr>
      <w:r>
        <w:rPr>
          <w:b w:val="0"/>
          <w:sz w:val="21"/>
        </w:rPr>
      </w:r>
      <w:r>
        <w:rPr>
          <w:b/>
        </w:rPr>
        <w:t>Banqueting Waiter (casual)</w:t>
      </w:r>
      <w:r>
        <w:t>, Ashgrove Park Hotel, Sheffield</w:t>
      </w:r>
      <w:r>
        <w:rPr>
          <w:color w:val="5B6672"/>
        </w:rPr>
        <w:t xml:space="preserve">    Oct 2025 - Present</w:t>
      </w:r>
    </w:p>
    <w:p>
      <w:pPr>
        <w:pStyle w:val="ListBullet"/>
        <w:spacing w:after="40"/>
      </w:pPr>
      <w:r>
        <w:rPr>
          <w:sz w:val="21"/>
        </w:rPr>
        <w:t>Serve plated three-course dinners at weddings and awards nights for up to 300 guests as part of a 20-strong events team.</w:t>
      </w:r>
    </w:p>
    <w:p>
      <w:pPr>
        <w:pStyle w:val="ListBullet"/>
        <w:spacing w:after="40"/>
      </w:pPr>
      <w:r>
        <w:rPr>
          <w:sz w:val="21"/>
        </w:rPr>
        <w:t>Set and strip the function suite to the event sheet, laying 30 round tables in time for 6pm drinks receptions.</w:t>
      </w:r>
    </w:p>
    <w:p>
      <w:pPr>
        <w:pStyle w:val="ListBullet"/>
        <w:spacing w:after="40"/>
      </w:pPr>
      <w:r>
        <w:rPr>
          <w:sz w:val="21"/>
        </w:rPr>
        <w:t>Pour wine and top up drinks packages at a ratio of one waiter to ten guests, tracking each table's allowance.</w:t>
      </w:r>
    </w:p>
    <w:p>
      <w:pPr>
        <w:pStyle w:val="ListBullet"/>
        <w:spacing w:after="40"/>
      </w:pPr>
      <w:r>
        <w:rPr>
          <w:sz w:val="21"/>
        </w:rPr>
        <w:t>Picked up 14 extra shifts across the December party season, often covering short-notice gaps in the events team rota.</w:t>
      </w:r>
    </w:p>
    <w:p>
      <w:pPr>
        <w:spacing w:after="20" w:before="0"/>
      </w:pPr>
      <w:r>
        <w:rPr>
          <w:b w:val="0"/>
          <w:sz w:val="21"/>
        </w:rPr>
      </w:r>
      <w:r>
        <w:rPr>
          <w:b/>
        </w:rPr>
        <w:t>Weekend Waiter</w:t>
      </w:r>
      <w:r>
        <w:t>, Sorrel &amp; Oak Café, Sheffield</w:t>
      </w:r>
      <w:r>
        <w:rPr>
          <w:color w:val="5B6672"/>
        </w:rPr>
        <w:t xml:space="preserve">    Jun 2024 - Present</w:t>
      </w:r>
    </w:p>
    <w:p>
      <w:pPr>
        <w:pStyle w:val="ListBullet"/>
        <w:spacing w:after="40"/>
      </w:pPr>
      <w:r>
        <w:rPr>
          <w:sz w:val="21"/>
        </w:rPr>
        <w:t>Serve a 50-seat brunch café on Saturdays and Sundays, running the six-table terrace section through the summer.</w:t>
      </w:r>
    </w:p>
    <w:p>
      <w:pPr>
        <w:pStyle w:val="ListBullet"/>
        <w:spacing w:after="40"/>
      </w:pPr>
      <w:r>
        <w:rPr>
          <w:sz w:val="21"/>
        </w:rPr>
        <w:t>Take orders on an iPad EPOS and split bills at the table, keeping tables turning when the queue reaches 20 people.</w:t>
      </w:r>
    </w:p>
    <w:p>
      <w:pPr>
        <w:pStyle w:val="ListBullet"/>
        <w:spacing w:after="40"/>
      </w:pPr>
      <w:r>
        <w:rPr>
          <w:sz w:val="21"/>
        </w:rPr>
        <w:t>Make espresso drinks when the barista is on break, following the café's recipe cards for size and strength.</w:t>
      </w:r>
    </w:p>
    <w:p>
      <w:pPr>
        <w:spacing w:after="20" w:before="0"/>
      </w:pPr>
      <w:r>
        <w:rPr>
          <w:b w:val="0"/>
          <w:sz w:val="21"/>
        </w:rPr>
      </w:r>
      <w:r>
        <w:rPr>
          <w:b/>
        </w:rPr>
        <w:t>Volunteer Server</w:t>
      </w:r>
      <w:r>
        <w:t>, Community lunch club (local charity), Sheffield</w:t>
      </w:r>
      <w:r>
        <w:rPr>
          <w:color w:val="5B6672"/>
        </w:rPr>
        <w:t xml:space="preserve">    Sep 2022 - Jun 2024</w:t>
      </w:r>
    </w:p>
    <w:p>
      <w:pPr>
        <w:pStyle w:val="ListBullet"/>
        <w:spacing w:after="40"/>
      </w:pPr>
      <w:r>
        <w:rPr>
          <w:sz w:val="21"/>
        </w:rPr>
        <w:t>Served a hot two-course lunch to 60 older residents each week, adjusting portions for guests with small appetites or dietary needs.</w:t>
      </w:r>
    </w:p>
    <w:p>
      <w:pPr>
        <w:pStyle w:val="ListBullet"/>
        <w:spacing w:after="40"/>
      </w:pPr>
      <w:r>
        <w:rPr>
          <w:sz w:val="21"/>
        </w:rPr>
        <w:t>Set up and cleared the hall with four other volunteers, finishing within the one-hour slot the venue allowed.</w:t>
      </w:r>
    </w:p>
    <w:p>
      <w:pPr>
        <w:spacing w:after="60" w:before="200"/>
      </w:pPr>
      <w:r>
        <w:rPr>
          <w:b/>
          <w:color w:val="1D7A53"/>
          <w:sz w:val="21"/>
        </w:rPr>
        <w:t>EDUCATION AND QUALIFICATIONS</w:t>
      </w:r>
    </w:p>
    <w:p>
      <w:pPr>
        <w:spacing w:after="40" w:before="0"/>
      </w:pPr>
      <w:r>
        <w:rPr>
          <w:b w:val="0"/>
          <w:sz w:val="21"/>
        </w:rPr>
        <w:t>BA (Hons) Business Management, University of Sheffield, 2025 - 2028 (on track for a 2:1)</w:t>
      </w:r>
    </w:p>
    <w:p>
      <w:pPr>
        <w:spacing w:after="40" w:before="0"/>
      </w:pPr>
      <w:r>
        <w:rPr>
          <w:b w:val="0"/>
          <w:sz w:val="21"/>
        </w:rPr>
        <w:t>A-levels (2025): Business (A), Economics (A), Maths (B)</w:t>
      </w:r>
    </w:p>
    <w:p>
      <w:pPr>
        <w:spacing w:after="40" w:before="0"/>
      </w:pPr>
      <w:r>
        <w:rPr>
          <w:b w:val="0"/>
          <w:sz w:val="21"/>
        </w:rPr>
        <w:t>9 GCSEs grades 9-4 including English (6) and Maths (8), 2023</w:t>
      </w:r>
    </w:p>
    <w:p>
      <w:pPr>
        <w:spacing w:after="60" w:before="200"/>
      </w:pPr>
      <w:r>
        <w:rPr>
          <w:b/>
          <w:color w:val="1D7A53"/>
          <w:sz w:val="21"/>
        </w:rPr>
        <w:t>TRAINING AND CERTIFICATES</w:t>
      </w:r>
    </w:p>
    <w:p>
      <w:pPr>
        <w:spacing w:after="40" w:before="0"/>
      </w:pPr>
      <w:r>
        <w:rPr>
          <w:b w:val="0"/>
          <w:sz w:val="21"/>
        </w:rPr>
        <w:t>Level 2 Award in Food Safety in Catering, 2025</w:t>
      </w:r>
    </w:p>
    <w:p>
      <w:pPr>
        <w:spacing w:after="60" w:before="200"/>
      </w:pPr>
      <w:r>
        <w:rPr>
          <w:b/>
          <w:color w:val="1D7A53"/>
          <w:sz w:val="21"/>
        </w:rPr>
        <w:t>ACHIEVEMENTS</w:t>
      </w:r>
    </w:p>
    <w:p>
      <w:pPr>
        <w:pStyle w:val="ListBullet"/>
        <w:spacing w:after="40"/>
      </w:pPr>
      <w:r>
        <w:rPr>
          <w:sz w:val="21"/>
        </w:rPr>
        <w:t>University open day student ambassador (2026), leading campus tours for groups of up to 25 visitors and families</w:t>
      </w:r>
    </w:p>
    <w:sectPr w:rsidR="00FC693F" w:rsidRPr="0006063C" w:rsidSect="00034616">
      <w:footerReference w:type="default" r:id="rId9"/>
      <w:pgSz w:w="11906" w:h="16838"/>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CV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Waiter CV (Part-Time, Café and Banqueting) CV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