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Harpreet Kaur</w:t>
      </w:r>
    </w:p>
    <w:p>
      <w:pPr>
        <w:spacing w:after="40" w:before="0"/>
      </w:pPr>
      <w:r>
        <w:rPr>
          <w:b/>
          <w:color w:val="1D7A53"/>
          <w:sz w:val="23"/>
        </w:rPr>
        <w:t>Higher Level Teaching Assistant (HLTA)</w:t>
      </w:r>
    </w:p>
    <w:p>
      <w:pPr>
        <w:spacing w:after="160" w:before="0"/>
      </w:pPr>
      <w:r>
        <w:rPr>
          <w:b w:val="0"/>
          <w:color w:val="5B6672"/>
          <w:sz w:val="19"/>
        </w:rPr>
        <w:t>Wolverhampton | harpreet.kaur@email.com | 07700 900905 | linkedin.com/in/harpreetkaur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Higher Level Teaching Assistant with HLTA status and 15 years in primary schools, covering PPA time across Key Stage 2 and leading the school's reading and maths intervention programme. Line-manages 6 teaching assistants, works as a trained ELSA and serves as a deputy designated safeguarding lead. Plans and teaches whole-class lessons from teachers' medium-term plans. Seeking an HLTA or senior TA post with responsibility for interventions and support staff.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PPA cover and whole-class teaching | Intervention planning from assessment data | Year 6 SATs booster groups | Line management and TA appraisal | ELSA emotional literacy support | Deputy DSL and CPOMS | KS2 reading and arithmetic | Restorative behaviour practice | EAL support (Punjabi speaker) | Parent meetings and family liaison | Arbor MIS and assessment trackers | Inducting and training support staff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Higher Level Teaching Assistant</w:t>
      </w:r>
      <w:r>
        <w:t>, Wrenhurst Primary School, Wolverhampton</w:t>
      </w:r>
      <w:r>
        <w:rPr>
          <w:color w:val="5B6672"/>
        </w:rPr>
        <w:t xml:space="preserve">    Sep 2021 - Present</w:t>
      </w:r>
    </w:p>
    <w:p>
      <w:pPr>
        <w:pStyle w:val="ListBullet"/>
        <w:spacing w:after="40"/>
      </w:pPr>
      <w:r>
        <w:rPr>
          <w:sz w:val="21"/>
        </w:rPr>
        <w:t>Teach PPA cover for 3 Key Stage 2 classes each week, delivering whole-class science, RE, computing and PE from teachers' plans.</w:t>
      </w:r>
    </w:p>
    <w:p>
      <w:pPr>
        <w:pStyle w:val="ListBullet"/>
        <w:spacing w:after="40"/>
      </w:pPr>
      <w:r>
        <w:rPr>
          <w:sz w:val="21"/>
        </w:rPr>
        <w:t>Lead the intervention timetable for 6 TAs across Years 3 to 6, matching pupils to programmes from termly assessment data and reviewing impact.</w:t>
      </w:r>
    </w:p>
    <w:p>
      <w:pPr>
        <w:pStyle w:val="ListBullet"/>
        <w:spacing w:after="40"/>
      </w:pPr>
      <w:r>
        <w:rPr>
          <w:sz w:val="21"/>
        </w:rPr>
        <w:t>Ran Year 6 reading booster groups; 11 of 14 pupils reached the expected standard in the 2026 KS2 reading test.</w:t>
      </w:r>
    </w:p>
    <w:p>
      <w:pPr>
        <w:pStyle w:val="ListBullet"/>
        <w:spacing w:after="40"/>
      </w:pPr>
      <w:r>
        <w:rPr>
          <w:sz w:val="21"/>
        </w:rPr>
        <w:t>Deliver 6-week ELSA programmes to around 10 pupils a year on anxiety, friendships and loss, with half-termly educational psychologist supervision.</w:t>
      </w:r>
    </w:p>
    <w:p>
      <w:pPr>
        <w:pStyle w:val="ListBullet"/>
        <w:spacing w:after="40"/>
      </w:pPr>
      <w:r>
        <w:rPr>
          <w:sz w:val="21"/>
        </w:rPr>
        <w:t>Act as deputy designated safeguarding lead, recording and following up concerns on CPOMS and covering the DSL during absence.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Teaching Assistant (Level 3)</w:t>
      </w:r>
      <w:r>
        <w:t>, Wrenhurst Primary School, Wolverhampton</w:t>
      </w:r>
      <w:r>
        <w:rPr>
          <w:color w:val="5B6672"/>
        </w:rPr>
        <w:t xml:space="preserve">    Sep 2017 - Aug 2021</w:t>
      </w:r>
    </w:p>
    <w:p>
      <w:pPr>
        <w:pStyle w:val="ListBullet"/>
        <w:spacing w:after="40"/>
      </w:pPr>
      <w:r>
        <w:rPr>
          <w:sz w:val="21"/>
        </w:rPr>
        <w:t>Supported a Year 4 class of 30, including 5 pupils on SEN support plans and 1 pupil with an EHCP for communication needs.</w:t>
      </w:r>
    </w:p>
    <w:p>
      <w:pPr>
        <w:pStyle w:val="ListBullet"/>
        <w:spacing w:after="40"/>
      </w:pPr>
      <w:r>
        <w:rPr>
          <w:sz w:val="21"/>
        </w:rPr>
        <w:t>Introduced daily 5-minute arithmetic warm-ups that lifted the class average termly arithmetic score from 21 to 29 out of 40.</w:t>
      </w:r>
    </w:p>
    <w:p>
      <w:pPr>
        <w:pStyle w:val="ListBullet"/>
        <w:spacing w:after="40"/>
      </w:pPr>
      <w:r>
        <w:rPr>
          <w:sz w:val="21"/>
        </w:rPr>
        <w:t>Ran daily phone check-ins for 12 vulnerable families during the 2020 and 2021 school closures, linking them to food and laptop support.</w:t>
      </w:r>
    </w:p>
    <w:p>
      <w:pPr>
        <w:pStyle w:val="ListBullet"/>
        <w:spacing w:after="40"/>
      </w:pPr>
      <w:r>
        <w:rPr>
          <w:sz w:val="21"/>
        </w:rPr>
        <w:t>Covered the class during short-term teacher absence, following the teacher's plans so learning and routines stayed on track.</w:t>
      </w:r>
    </w:p>
    <w:p>
      <w:pPr>
        <w:pStyle w:val="ListBullet"/>
        <w:spacing w:after="40"/>
      </w:pPr>
      <w:r>
        <w:rPr>
          <w:sz w:val="21"/>
        </w:rPr>
        <w:t>Mentored 2 apprentice TAs through their Level 3 portfolios, observations and end-point assessment preparation; both passed first time.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Teaching Assistant (Level 2)</w:t>
      </w:r>
      <w:r>
        <w:t>, Copperfield Vale Primary School, Wolverhampton</w:t>
      </w:r>
      <w:r>
        <w:rPr>
          <w:color w:val="5B6672"/>
        </w:rPr>
        <w:t xml:space="preserve">    Sep 2013 - Aug 2017</w:t>
      </w:r>
    </w:p>
    <w:p>
      <w:pPr>
        <w:pStyle w:val="ListBullet"/>
        <w:spacing w:after="40"/>
      </w:pPr>
      <w:r>
        <w:rPr>
          <w:sz w:val="21"/>
        </w:rPr>
        <w:t>Worked in Reception and Year 1, hearing readers daily and helping pupils apply their phonics in independent writing.</w:t>
      </w:r>
    </w:p>
    <w:p>
      <w:pPr>
        <w:pStyle w:val="ListBullet"/>
        <w:spacing w:after="40"/>
      </w:pPr>
      <w:r>
        <w:rPr>
          <w:sz w:val="21"/>
        </w:rPr>
        <w:t>Supported 2 newly arrived pupils with EAL, using Punjabi to welcome their families and explain school routines and homework.</w:t>
      </w:r>
    </w:p>
    <w:p>
      <w:pPr>
        <w:pStyle w:val="ListBullet"/>
        <w:spacing w:after="40"/>
      </w:pPr>
      <w:r>
        <w:rPr>
          <w:sz w:val="21"/>
        </w:rPr>
        <w:t>Prepared resources, displays and the classroom for lessons, and supervised playtimes and lunchtimes on a weekly rota.</w:t>
      </w:r>
    </w:p>
    <w:p>
      <w:pPr>
        <w:pStyle w:val="ListBullet"/>
        <w:spacing w:after="40"/>
      </w:pPr>
      <w:r>
        <w:rPr>
          <w:sz w:val="21"/>
        </w:rPr>
        <w:t>Trained as a Read Write Inc. Phonics group leader, teaching a daily group of 8 Year 1 pupils.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Midday Supervisor and Volunteer Reading Helper</w:t>
      </w:r>
      <w:r>
        <w:t>, Copperfield Vale Primary School, Wolverhampton</w:t>
      </w:r>
      <w:r>
        <w:rPr>
          <w:color w:val="5B6672"/>
        </w:rPr>
        <w:t xml:space="preserve">    Sep 2011 - Jul 2013</w:t>
      </w:r>
    </w:p>
    <w:p>
      <w:pPr>
        <w:pStyle w:val="ListBullet"/>
        <w:spacing w:after="40"/>
      </w:pPr>
      <w:r>
        <w:rPr>
          <w:sz w:val="21"/>
        </w:rPr>
        <w:t>Supervised lunch and play for 90 Key Stage 1 pupils, setting up playground games that cut lunchtime incidents.</w:t>
      </w:r>
    </w:p>
    <w:p>
      <w:pPr>
        <w:pStyle w:val="ListBullet"/>
        <w:spacing w:after="40"/>
      </w:pPr>
      <w:r>
        <w:rPr>
          <w:sz w:val="21"/>
        </w:rPr>
        <w:t>Volunteered 2 mornings a week as a reading helper, leading to a paid teaching assistant post at the school in 2013.</w:t>
      </w:r>
    </w:p>
    <w:p>
      <w:pPr>
        <w:pStyle w:val="ListBullet"/>
        <w:spacing w:after="40"/>
      </w:pPr>
      <w:r>
        <w:rPr>
          <w:sz w:val="21"/>
        </w:rPr>
        <w:t>Ran a weekly lunchtime gardening club with a class teacher for 15 pupils, growing vegetables for the school kitchen.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Customer Service Adviser</w:t>
      </w:r>
      <w:r>
        <w:t>, Wulfcroft Insurance Services, Wolverhampton</w:t>
      </w:r>
      <w:r>
        <w:rPr>
          <w:color w:val="5B6672"/>
        </w:rPr>
        <w:t xml:space="preserve">    Mar 2005 - Aug 2009</w:t>
      </w:r>
    </w:p>
    <w:p>
      <w:pPr>
        <w:pStyle w:val="ListBullet"/>
        <w:spacing w:after="40"/>
      </w:pPr>
      <w:r>
        <w:rPr>
          <w:sz w:val="21"/>
        </w:rPr>
        <w:t>Handled up to 60 customer calls a day, resolving policy queries and complaints within service targets.</w:t>
      </w:r>
    </w:p>
    <w:p>
      <w:pPr>
        <w:pStyle w:val="ListBullet"/>
        <w:spacing w:after="40"/>
      </w:pPr>
      <w:r>
        <w:rPr>
          <w:sz w:val="21"/>
        </w:rPr>
        <w:t>Trained 4 new advisers on systems and call handling, building early coaching and mentoring skills.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Higher Level Teaching Assistant (HLTA) status, 2021</w:t>
      </w:r>
    </w:p>
    <w:p>
      <w:pPr>
        <w:spacing w:after="40" w:before="0"/>
      </w:pPr>
      <w:r>
        <w:rPr>
          <w:b w:val="0"/>
          <w:sz w:val="21"/>
        </w:rPr>
        <w:t>CACHE Level 3 Diploma in Specialist Support for Teaching and Learning in Schools, 2017</w:t>
      </w:r>
    </w:p>
    <w:p>
      <w:pPr>
        <w:spacing w:after="40" w:before="0"/>
      </w:pPr>
      <w:r>
        <w:rPr>
          <w:b w:val="0"/>
          <w:sz w:val="21"/>
        </w:rPr>
        <w:t>CACHE Level 2 Certificate in Supporting Teaching and Learning in Schools, 2013</w:t>
      </w:r>
    </w:p>
    <w:p>
      <w:pPr>
        <w:spacing w:after="40" w:before="0"/>
      </w:pPr>
      <w:r>
        <w:rPr>
          <w:b w:val="0"/>
          <w:sz w:val="21"/>
        </w:rPr>
        <w:t>GCSEs including English Language (B) and Maths (C)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Designated safeguarding lead training (deputy DSL), renewed 2025</w:t>
      </w:r>
    </w:p>
    <w:p>
      <w:pPr>
        <w:spacing w:after="40" w:before="0"/>
      </w:pPr>
      <w:r>
        <w:rPr>
          <w:b w:val="0"/>
          <w:sz w:val="21"/>
        </w:rPr>
        <w:t>ELSA training with the local educational psychology service, 2022</w:t>
      </w:r>
    </w:p>
    <w:p>
      <w:pPr>
        <w:spacing w:after="40" w:before="0"/>
      </w:pPr>
      <w:r>
        <w:rPr>
          <w:b w:val="0"/>
          <w:sz w:val="21"/>
        </w:rPr>
        <w:t>Emergency First Aid at Work, 2025</w:t>
      </w:r>
    </w:p>
    <w:p>
      <w:pPr>
        <w:spacing w:after="40" w:before="0"/>
      </w:pPr>
      <w:r>
        <w:rPr>
          <w:b w:val="0"/>
          <w:sz w:val="21"/>
        </w:rPr>
        <w:t>Enhanced DBS, DBS Update Service</w:t>
      </w:r>
    </w:p>
    <w:p>
      <w:pPr>
        <w:spacing w:after="60" w:before="200"/>
      </w:pPr>
      <w:r>
        <w:rPr>
          <w:b/>
          <w:color w:val="1D7A53"/>
          <w:sz w:val="21"/>
        </w:rPr>
        <w:t>LEADERSHIP AND GOVERNANCE</w:t>
      </w:r>
    </w:p>
    <w:p>
      <w:pPr>
        <w:pStyle w:val="ListBullet"/>
        <w:spacing w:after="40"/>
      </w:pPr>
      <w:r>
        <w:rPr>
          <w:sz w:val="21"/>
        </w:rPr>
        <w:t>Elected staff governor at Wrenhurst Primary School since 2022</w:t>
      </w:r>
    </w:p>
    <w:p>
      <w:pPr>
        <w:pStyle w:val="ListBullet"/>
        <w:spacing w:after="40"/>
      </w:pPr>
      <w:r>
        <w:rPr>
          <w:sz w:val="21"/>
        </w:rPr>
        <w:t>Member of the school's teaching and learning working group since 2023</w:t>
      </w:r>
    </w:p>
    <w:p>
      <w:pPr>
        <w:spacing w:after="60" w:before="200"/>
      </w:pPr>
      <w:r>
        <w:rPr>
          <w:b/>
          <w:color w:val="1D7A53"/>
          <w:sz w:val="21"/>
        </w:rPr>
        <w:t>CAREER BREAK</w:t>
      </w:r>
    </w:p>
    <w:p>
      <w:pPr>
        <w:pStyle w:val="ListBullet"/>
        <w:spacing w:after="40"/>
      </w:pPr>
      <w:r>
        <w:rPr>
          <w:sz w:val="21"/>
        </w:rPr>
        <w:t>Career break to raise a family, 2009 - 2011, including weekly volunteering at a parent and toddler group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Punjabi (fluent, spoken), used for EAL support and family liaison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Higher Level Teaching Assistant (HLTA) CV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