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Kofi Mensah</w:t>
      </w:r>
    </w:p>
    <w:p>
      <w:pPr>
        <w:spacing w:after="40" w:before="0"/>
      </w:pPr>
      <w:r>
        <w:rPr>
          <w:b/>
          <w:color w:val="1D7A53"/>
          <w:sz w:val="23"/>
        </w:rPr>
        <w:t>Sixth Form Student, Available Saturdays and School Holidays</w:t>
      </w:r>
    </w:p>
    <w:p>
      <w:pPr>
        <w:spacing w:after="160" w:before="0"/>
      </w:pPr>
      <w:r>
        <w:rPr>
          <w:b w:val="0"/>
          <w:color w:val="5B6672"/>
          <w:sz w:val="19"/>
        </w:rPr>
        <w:t>Reading | kofi.mensah@email.com | 07700 900184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Year 13 student predicted ABB at A-level in Business, Geography and Maths, with a year of weekly volunteering at a community pantry and a Silver Duke of Edinburgh's Award. Confident serving the public and working to a rota. Seeking Saturday and school-holiday work in retail or a café from November 2026.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Serving the public | Stock rotation | Teamwork | Clear communication | Time management | Safe manual handling | Microsoft 365 and Canva | Reliability and punctuality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Pantry Assistant</w:t>
      </w:r>
      <w:r>
        <w:t>, Kennetside Community Pantry, Reading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Welcome 40 to 60 members each Wednesday, explaining how the pantry works and helping newcomers use the points system.</w:t>
      </w:r>
    </w:p>
    <w:p>
      <w:pPr>
        <w:pStyle w:val="ListBullet"/>
        <w:spacing w:after="40"/>
      </w:pPr>
      <w:r>
        <w:rPr>
          <w:sz w:val="21"/>
        </w:rPr>
        <w:t>Unload weekly supermarket donations, check use-by dates and rotate stock so less food is wasted.</w:t>
      </w:r>
    </w:p>
    <w:p>
      <w:pPr>
        <w:pStyle w:val="ListBullet"/>
        <w:spacing w:after="40"/>
      </w:pPr>
      <w:r>
        <w:rPr>
          <w:sz w:val="21"/>
        </w:rPr>
        <w:t>Run the sign-in desk on a tablet, keeping a queue of up to 15 people moving calmly and politely.</w:t>
      </w:r>
    </w:p>
    <w:p>
      <w:pPr>
        <w:pStyle w:val="ListBullet"/>
        <w:spacing w:after="40"/>
      </w:pPr>
      <w:r>
        <w:rPr>
          <w:sz w:val="21"/>
        </w:rPr>
        <w:t>Chosen after six months to show two new volunteers how to rotate stock and lift boxes safely.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Experience Placement</w:t>
      </w:r>
      <w:r>
        <w:t>, Brightwell and Shaw Lettings, Reading</w:t>
      </w:r>
      <w:r>
        <w:rPr>
          <w:color w:val="5B6672"/>
        </w:rPr>
        <w:t xml:space="preserve">    Jul 2024</w:t>
      </w:r>
    </w:p>
    <w:p>
      <w:pPr>
        <w:pStyle w:val="ListBullet"/>
        <w:spacing w:after="40"/>
      </w:pPr>
      <w:r>
        <w:rPr>
          <w:sz w:val="21"/>
        </w:rPr>
        <w:t>Answered and logged calls for a five-person lettings team during a one-week Year 10 placement.</w:t>
      </w:r>
    </w:p>
    <w:p>
      <w:pPr>
        <w:pStyle w:val="ListBullet"/>
        <w:spacing w:after="40"/>
      </w:pPr>
      <w:r>
        <w:rPr>
          <w:sz w:val="21"/>
        </w:rPr>
        <w:t>Updated 30 property listings in a shared spreadsheet, checking room sizes against the template.</w:t>
      </w:r>
    </w:p>
    <w:p>
      <w:pPr>
        <w:pStyle w:val="ListBullet"/>
        <w:spacing w:after="40"/>
      </w:pPr>
      <w:r>
        <w:rPr>
          <w:sz w:val="21"/>
        </w:rPr>
        <w:t>Praised in written feedback from the branch manager for punctuality and a confident phone manner.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Assistant Coach, Under-9s</w:t>
      </w:r>
      <w:r>
        <w:t>, Prospect Vale Youth FC, Reading</w:t>
      </w:r>
      <w:r>
        <w:rPr>
          <w:color w:val="5B6672"/>
        </w:rPr>
        <w:t xml:space="preserve">    Sep 2023 - Present</w:t>
      </w:r>
    </w:p>
    <w:p>
      <w:pPr>
        <w:pStyle w:val="ListBullet"/>
        <w:spacing w:after="40"/>
      </w:pPr>
      <w:r>
        <w:rPr>
          <w:sz w:val="21"/>
        </w:rPr>
        <w:t>Help run Sunday training for a squad of 14 children, setting out drills and keeping sessions safe.</w:t>
      </w:r>
    </w:p>
    <w:p>
      <w:pPr>
        <w:pStyle w:val="ListBullet"/>
        <w:spacing w:after="40"/>
      </w:pPr>
      <w:r>
        <w:rPr>
          <w:sz w:val="21"/>
        </w:rPr>
        <w:t>Keep parents updated on kit, kick-off times and venues through the team group chat each week.</w:t>
      </w:r>
    </w:p>
    <w:p>
      <w:pPr>
        <w:pStyle w:val="ListBullet"/>
        <w:spacing w:after="40"/>
      </w:pPr>
      <w:r>
        <w:rPr>
          <w:sz w:val="21"/>
        </w:rPr>
        <w:t>Built a nervous new player's confidence with one-to-one passing practice after training; by spring he was playing every match.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 (exams June 2027): Business (predicted A), Geography (predicted B), Mathematics (predicted B)</w:t>
      </w:r>
    </w:p>
    <w:p>
      <w:pPr>
        <w:spacing w:after="40" w:before="0"/>
      </w:pPr>
      <w:r>
        <w:rPr>
          <w:b w:val="0"/>
          <w:sz w:val="21"/>
        </w:rPr>
        <w:t>Extended Project Qualification (in progress): Is fast fashion really cheaper for teenagers?</w:t>
      </w:r>
    </w:p>
    <w:p>
      <w:pPr>
        <w:spacing w:after="40" w:before="0"/>
      </w:pPr>
      <w:r>
        <w:rPr>
          <w:b w:val="0"/>
          <w:sz w:val="21"/>
        </w:rPr>
        <w:t>9 GCSEs grades 9-5 (2025), including English Language (7) and Maths (7)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Food Safety and Hygiene certificate (2026)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Silver Duke of Edinburgh's Award (2025), including a three-day, two-night expedition</w:t>
      </w:r>
    </w:p>
    <w:p>
      <w:pPr>
        <w:pStyle w:val="ListBullet"/>
        <w:spacing w:after="40"/>
      </w:pPr>
      <w:r>
        <w:rPr>
          <w:sz w:val="21"/>
        </w:rPr>
        <w:t>Sixth form open evening guide: showed visiting families round the school and answered questions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Sixth Form Student With No Paid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