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Tomasz Wilczek</w:t>
      </w:r>
    </w:p>
    <w:p>
      <w:pPr>
        <w:spacing w:after="40" w:before="0"/>
      </w:pPr>
      <w:r>
        <w:rPr>
          <w:b/>
          <w:color w:val="1D7A53"/>
          <w:sz w:val="23"/>
        </w:rPr>
        <w:t>Computer Science Student and Former Assistant Store Manager</w:t>
      </w:r>
    </w:p>
    <w:p>
      <w:pPr>
        <w:spacing w:after="160" w:before="0"/>
      </w:pPr>
      <w:r>
        <w:rPr>
          <w:b w:val="0"/>
          <w:color w:val="5B6672"/>
          <w:sz w:val="19"/>
        </w:rPr>
        <w:t>Sheffield | tomasz.wilczek@email.com | 07700 900561 | linkedin.com/in/tomaszwilczek</w:t>
      </w:r>
    </w:p>
    <w:p>
      <w:pPr>
        <w:spacing w:after="60" w:before="200"/>
      </w:pPr>
      <w:r>
        <w:rPr>
          <w:b/>
          <w:color w:val="1D7A53"/>
          <w:sz w:val="21"/>
        </w:rPr>
        <w:t>PERSONAL PROFILE</w:t>
      </w:r>
    </w:p>
    <w:p>
      <w:pPr>
        <w:spacing w:after="80" w:before="0"/>
      </w:pPr>
      <w:r>
        <w:rPr>
          <w:b w:val="0"/>
          <w:sz w:val="21"/>
        </w:rPr>
        <w:t>Mature second-year BSc (Hons) Computer Science student at Sheffield Hallam University, back in education through an Access to HE Diploma after ten years in retail, the last five as an assistant store manager. Brings people management, stock control and calm problem-solving under pressure. Now supports community IT users, scripts in Python and holds CompTIA A+. Seeking a part-time IT support or service desk role in term time, with full-time summer availability.</w:t>
      </w:r>
    </w:p>
    <w:p>
      <w:pPr>
        <w:spacing w:after="60" w:before="200"/>
      </w:pPr>
      <w:r>
        <w:rPr>
          <w:b/>
          <w:color w:val="1D7A53"/>
          <w:sz w:val="21"/>
        </w:rPr>
        <w:t>KEY SKILLS</w:t>
      </w:r>
    </w:p>
    <w:p>
      <w:pPr>
        <w:spacing w:after="80" w:before="0"/>
      </w:pPr>
      <w:r>
        <w:rPr>
          <w:b w:val="0"/>
          <w:sz w:val="21"/>
        </w:rPr>
        <w:t>Windows 11 and Microsoft 365 support | Account set-up and password resets | Hardware troubleshooting and reimaging | Networking basics (TCP/IP, DNS, DHCP) | Python scripting | SQL queries | Ticket logging and prioritisation | Writing user guides | Team leadership and rotas | Stock control and ordering | Coaching and training staff | Complaint resolution</w:t>
      </w:r>
    </w:p>
    <w:p>
      <w:pPr>
        <w:spacing w:after="60" w:before="200"/>
      </w:pPr>
      <w:r>
        <w:rPr>
          <w:b/>
          <w:color w:val="1D7A53"/>
          <w:sz w:val="21"/>
        </w:rPr>
        <w:t>EMPLOYMENT HISTORY</w:t>
      </w:r>
    </w:p>
    <w:p>
      <w:pPr>
        <w:spacing w:after="20" w:before="0"/>
      </w:pPr>
      <w:r>
        <w:rPr>
          <w:b w:val="0"/>
          <w:sz w:val="21"/>
        </w:rPr>
      </w:r>
      <w:r>
        <w:rPr>
          <w:b/>
        </w:rPr>
        <w:t>Volunteer IT Support Assistant</w:t>
      </w:r>
      <w:r>
        <w:t>, Sheaf Valley Digital Inclusion Project, Sheffield</w:t>
      </w:r>
      <w:r>
        <w:rPr>
          <w:color w:val="5B6672"/>
        </w:rPr>
        <w:t xml:space="preserve">    Jan 2025 - Present</w:t>
      </w:r>
    </w:p>
    <w:p>
      <w:pPr>
        <w:pStyle w:val="ListBullet"/>
        <w:spacing w:after="40"/>
      </w:pPr>
      <w:r>
        <w:rPr>
          <w:sz w:val="21"/>
        </w:rPr>
        <w:t>Run a weekly drop-in helping 10 to 15 older residents with laptops, phones, email, NHS App sign-up and safe online banking.</w:t>
      </w:r>
    </w:p>
    <w:p>
      <w:pPr>
        <w:pStyle w:val="ListBullet"/>
        <w:spacing w:after="40"/>
      </w:pPr>
      <w:r>
        <w:rPr>
          <w:sz w:val="21"/>
        </w:rPr>
        <w:t>Log every request in a shared ticket tracker, prioritising scam worries and locked accounts so urgent issues are handled first.</w:t>
      </w:r>
    </w:p>
    <w:p>
      <w:pPr>
        <w:pStyle w:val="ListBullet"/>
        <w:spacing w:after="40"/>
      </w:pPr>
      <w:r>
        <w:rPr>
          <w:sz w:val="21"/>
        </w:rPr>
        <w:t>Wiped, updated and reimaged 45 donated laptops with Windows 11 for loan to local families, following a data-erasure checklist.</w:t>
      </w:r>
    </w:p>
    <w:p>
      <w:pPr>
        <w:pStyle w:val="ListBullet"/>
        <w:spacing w:after="40"/>
      </w:pPr>
      <w:r>
        <w:rPr>
          <w:sz w:val="21"/>
        </w:rPr>
        <w:t>Wrote five plain-English how-to guides, including one on spotting phishing texts, now handed out at every session.</w:t>
      </w:r>
    </w:p>
    <w:p>
      <w:pPr>
        <w:pStyle w:val="ListBullet"/>
        <w:spacing w:after="40"/>
      </w:pPr>
      <w:r>
        <w:rPr>
          <w:sz w:val="21"/>
        </w:rPr>
        <w:t>Automated overdue-loan reminders with a short Python script that reads the laptop spreadsheet and emails the coordinator.</w:t>
      </w:r>
    </w:p>
    <w:p>
      <w:pPr>
        <w:spacing w:after="20" w:before="0"/>
      </w:pPr>
      <w:r>
        <w:rPr>
          <w:b w:val="0"/>
          <w:sz w:val="21"/>
        </w:rPr>
      </w:r>
      <w:r>
        <w:rPr>
          <w:b/>
        </w:rPr>
        <w:t>Weekend Supervisor (Part-Time)</w:t>
      </w:r>
      <w:r>
        <w:t>, Brindlecroft Home and DIY, Rotherham</w:t>
      </w:r>
      <w:r>
        <w:rPr>
          <w:color w:val="5B6672"/>
        </w:rPr>
        <w:t xml:space="preserve">    Sep 2024 - Present</w:t>
      </w:r>
    </w:p>
    <w:p>
      <w:pPr>
        <w:pStyle w:val="ListBullet"/>
        <w:spacing w:after="40"/>
      </w:pPr>
      <w:r>
        <w:rPr>
          <w:sz w:val="21"/>
        </w:rPr>
        <w:t>Supervise a team of six on Saturday and Sunday shifts, covering tills, the trade counter and click-and-collect orders.</w:t>
      </w:r>
    </w:p>
    <w:p>
      <w:pPr>
        <w:pStyle w:val="ListBullet"/>
        <w:spacing w:after="40"/>
      </w:pPr>
      <w:r>
        <w:rPr>
          <w:sz w:val="21"/>
        </w:rPr>
        <w:t>Resolve escalated complaints and refunds within the supervisor limit, settling issues at the counter instead of calling the duty manager.</w:t>
      </w:r>
    </w:p>
    <w:p>
      <w:pPr>
        <w:pStyle w:val="ListBullet"/>
        <w:spacing w:after="40"/>
      </w:pPr>
      <w:r>
        <w:rPr>
          <w:sz w:val="21"/>
        </w:rPr>
        <w:t>Act as the store's first contact for handheld scanner and label printer faults, fixing most without raising a helpdesk ticket.</w:t>
      </w:r>
    </w:p>
    <w:p>
      <w:pPr>
        <w:pStyle w:val="ListBullet"/>
        <w:spacing w:after="40"/>
      </w:pPr>
      <w:r>
        <w:rPr>
          <w:sz w:val="21"/>
        </w:rPr>
        <w:t>Reconcile weekend takings and complete the safe check before handing over to Monday's manager.</w:t>
      </w:r>
    </w:p>
    <w:p>
      <w:pPr>
        <w:pStyle w:val="ListBullet"/>
        <w:spacing w:after="40"/>
      </w:pPr>
      <w:r>
        <w:rPr>
          <w:sz w:val="21"/>
        </w:rPr>
        <w:t>Train new weekend starters on the till, Challenge 25 checks for age-restricted products and safe use of the timber-cutting service.</w:t>
      </w:r>
    </w:p>
    <w:p>
      <w:pPr>
        <w:spacing w:after="20" w:before="0"/>
      </w:pPr>
      <w:r>
        <w:rPr>
          <w:b w:val="0"/>
          <w:sz w:val="21"/>
        </w:rPr>
      </w:r>
      <w:r>
        <w:rPr>
          <w:b/>
        </w:rPr>
        <w:t>Assistant Store Manager</w:t>
      </w:r>
      <w:r>
        <w:t>, Brindlecroft Home and DIY, Rotherham</w:t>
      </w:r>
      <w:r>
        <w:rPr>
          <w:color w:val="5B6672"/>
        </w:rPr>
        <w:t xml:space="preserve">    Mar 2019 - Aug 2024</w:t>
      </w:r>
    </w:p>
    <w:p>
      <w:pPr>
        <w:pStyle w:val="ListBullet"/>
        <w:spacing w:after="40"/>
      </w:pPr>
      <w:r>
        <w:rPr>
          <w:sz w:val="21"/>
        </w:rPr>
        <w:t>Deputised for the store manager in a 38-person store, running it alone on days off and while covering two six-week absences.</w:t>
      </w:r>
    </w:p>
    <w:p>
      <w:pPr>
        <w:pStyle w:val="ListBullet"/>
        <w:spacing w:after="40"/>
      </w:pPr>
      <w:r>
        <w:rPr>
          <w:sz w:val="21"/>
        </w:rPr>
        <w:t>Cut stock loss from 2.1% to 1.4% of sales in two years by introducing weekly high-risk counts and stricter delivery checks.</w:t>
      </w:r>
    </w:p>
    <w:p>
      <w:pPr>
        <w:pStyle w:val="ListBullet"/>
        <w:spacing w:after="40"/>
      </w:pPr>
      <w:r>
        <w:rPr>
          <w:sz w:val="21"/>
        </w:rPr>
        <w:t>Led the store's switch to new handheld stock devices, training 30 colleagues and writing a quick-start guide later shared with other stores.</w:t>
      </w:r>
    </w:p>
    <w:p>
      <w:pPr>
        <w:pStyle w:val="ListBullet"/>
        <w:spacing w:after="40"/>
      </w:pPr>
      <w:r>
        <w:rPr>
          <w:sz w:val="21"/>
        </w:rPr>
        <w:t>Coached three team members to supervisor level and ran monthly health and safety walkarounds with no RIDDOR-reportable incidents.</w:t>
      </w:r>
    </w:p>
    <w:p>
      <w:pPr>
        <w:spacing w:after="20" w:before="0"/>
      </w:pPr>
      <w:r>
        <w:rPr>
          <w:b w:val="0"/>
          <w:sz w:val="21"/>
        </w:rPr>
      </w:r>
      <w:r>
        <w:rPr>
          <w:b/>
        </w:rPr>
        <w:t>Store Supervisor</w:t>
      </w:r>
      <w:r>
        <w:t>, Brindlecroft Home and DIY, Rotherham</w:t>
      </w:r>
      <w:r>
        <w:rPr>
          <w:color w:val="5B6672"/>
        </w:rPr>
        <w:t xml:space="preserve">    Jun 2016 - Feb 2019</w:t>
      </w:r>
    </w:p>
    <w:p>
      <w:pPr>
        <w:pStyle w:val="ListBullet"/>
        <w:spacing w:after="40"/>
      </w:pPr>
      <w:r>
        <w:rPr>
          <w:sz w:val="21"/>
        </w:rPr>
        <w:t>Ran the garden department through peak season, ordering plants and seasonal lines against weekly sales trends.</w:t>
      </w:r>
    </w:p>
    <w:p>
      <w:pPr>
        <w:pStyle w:val="ListBullet"/>
        <w:spacing w:after="40"/>
      </w:pPr>
      <w:r>
        <w:rPr>
          <w:sz w:val="21"/>
        </w:rPr>
        <w:t>Supervised up to eight staff a shift and opened and closed the store, including alarms and the cash office.</w:t>
      </w:r>
    </w:p>
    <w:p>
      <w:pPr>
        <w:pStyle w:val="ListBullet"/>
        <w:spacing w:after="40"/>
      </w:pPr>
      <w:r>
        <w:rPr>
          <w:sz w:val="21"/>
        </w:rPr>
        <w:t>Raised the department's mystery shopper score from 78% to 92% in a year through daily huddles, greeting standards and product knowledge sessions.</w:t>
      </w:r>
    </w:p>
    <w:p>
      <w:pPr>
        <w:spacing w:after="20" w:before="0"/>
      </w:pPr>
      <w:r>
        <w:rPr>
          <w:b w:val="0"/>
          <w:sz w:val="21"/>
        </w:rPr>
      </w:r>
      <w:r>
        <w:rPr>
          <w:b/>
        </w:rPr>
        <w:t>Sales Assistant</w:t>
      </w:r>
      <w:r>
        <w:t>, Peakline Sports, Sheffield</w:t>
      </w:r>
      <w:r>
        <w:rPr>
          <w:color w:val="5B6672"/>
        </w:rPr>
        <w:t xml:space="preserve">    Sep 2014 - May 2016</w:t>
      </w:r>
    </w:p>
    <w:p>
      <w:pPr>
        <w:pStyle w:val="ListBullet"/>
        <w:spacing w:after="40"/>
      </w:pPr>
      <w:r>
        <w:rPr>
          <w:sz w:val="21"/>
        </w:rPr>
        <w:t>Advised customers on running shoes and outdoor kit, using gait video to recommend the right fit and support.</w:t>
      </w:r>
    </w:p>
    <w:p>
      <w:pPr>
        <w:pStyle w:val="ListBullet"/>
        <w:spacing w:after="40"/>
      </w:pPr>
      <w:r>
        <w:rPr>
          <w:sz w:val="21"/>
        </w:rPr>
        <w:t>Promoted to key holder within a year for reliability and accurate cash handling, opening the store on Sunday mornings.</w:t>
      </w:r>
    </w:p>
    <w:p>
      <w:pPr>
        <w:spacing w:after="60" w:before="200"/>
      </w:pPr>
      <w:r>
        <w:rPr>
          <w:b/>
          <w:color w:val="1D7A53"/>
          <w:sz w:val="21"/>
        </w:rPr>
        <w:t>EDUCATION AND QUALIFICATIONS</w:t>
      </w:r>
    </w:p>
    <w:p>
      <w:pPr>
        <w:spacing w:after="40" w:before="0"/>
      </w:pPr>
      <w:r>
        <w:rPr>
          <w:b w:val="0"/>
          <w:sz w:val="21"/>
        </w:rPr>
        <w:t>BSc (Hons) Computer Science, Sheffield Hallam University, 2025 - 2028: Year 1 average 71%</w:t>
      </w:r>
    </w:p>
    <w:p>
      <w:pPr>
        <w:spacing w:after="40" w:before="0"/>
      </w:pPr>
      <w:r>
        <w:rPr>
          <w:b w:val="0"/>
          <w:sz w:val="21"/>
        </w:rPr>
        <w:t>Access to HE Diploma (Computing), 2025: Distinction in all 45 graded credits</w:t>
      </w:r>
    </w:p>
    <w:p>
      <w:pPr>
        <w:spacing w:after="40" w:before="0"/>
      </w:pPr>
      <w:r>
        <w:rPr>
          <w:b w:val="0"/>
          <w:sz w:val="21"/>
        </w:rPr>
        <w:t>9 GCSEs grades A*-C, including English and Maths, 2008</w:t>
      </w:r>
    </w:p>
    <w:p>
      <w:pPr>
        <w:spacing w:after="60" w:before="200"/>
      </w:pPr>
      <w:r>
        <w:rPr>
          <w:b/>
          <w:color w:val="1D7A53"/>
          <w:sz w:val="21"/>
        </w:rPr>
        <w:t>TRAINING AND CERTIFICATES</w:t>
      </w:r>
    </w:p>
    <w:p>
      <w:pPr>
        <w:spacing w:after="40" w:before="0"/>
      </w:pPr>
      <w:r>
        <w:rPr>
          <w:b w:val="0"/>
          <w:sz w:val="21"/>
        </w:rPr>
        <w:t>CompTIA A+ (Core 1 and Core 2), 2025</w:t>
      </w:r>
    </w:p>
    <w:p>
      <w:pPr>
        <w:spacing w:after="40" w:before="0"/>
      </w:pPr>
      <w:r>
        <w:rPr>
          <w:b w:val="0"/>
          <w:sz w:val="21"/>
        </w:rPr>
        <w:t>Emergency First Aid at Work (EFAW), renewed 2026</w:t>
      </w:r>
    </w:p>
    <w:p>
      <w:pPr>
        <w:spacing w:after="60" w:before="200"/>
      </w:pPr>
      <w:r>
        <w:rPr>
          <w:b/>
          <w:color w:val="1D7A53"/>
          <w:sz w:val="21"/>
        </w:rPr>
        <w:t>TECHNICAL SKILLS</w:t>
      </w:r>
    </w:p>
    <w:p>
      <w:pPr>
        <w:spacing w:after="80" w:before="0"/>
      </w:pPr>
      <w:r>
        <w:rPr>
          <w:b w:val="0"/>
          <w:sz w:val="21"/>
        </w:rPr>
        <w:t>Windows 11 | Microsoft 365 | Python | SQL | Linux command line | Git and GitHub | Cisco Packet Tracer</w:t>
      </w:r>
    </w:p>
    <w:p>
      <w:pPr>
        <w:spacing w:after="60" w:before="200"/>
      </w:pPr>
      <w:r>
        <w:rPr>
          <w:b/>
          <w:color w:val="1D7A53"/>
          <w:sz w:val="21"/>
        </w:rPr>
        <w:t>EARLIER EXPERIENCE</w:t>
      </w:r>
    </w:p>
    <w:p>
      <w:pPr>
        <w:pStyle w:val="ListBullet"/>
        <w:spacing w:after="40"/>
      </w:pPr>
      <w:r>
        <w:rPr>
          <w:sz w:val="21"/>
        </w:rPr>
        <w:t>Warehouse picker and agency production roles, Sheffield, 2008 - 2014: order picking, packing and weekly stock counts</w:t>
      </w:r>
    </w:p>
    <w:p>
      <w:pPr>
        <w:spacing w:after="60" w:before="200"/>
      </w:pPr>
      <w:r>
        <w:rPr>
          <w:b/>
          <w:color w:val="1D7A53"/>
          <w:sz w:val="21"/>
        </w:rPr>
        <w:t>UNIVERSITY AND PERSONAL PROJECTS</w:t>
      </w:r>
    </w:p>
    <w:p>
      <w:pPr>
        <w:pStyle w:val="ListBullet"/>
        <w:spacing w:after="40"/>
      </w:pPr>
      <w:r>
        <w:rPr>
          <w:sz w:val="21"/>
        </w:rPr>
        <w:t>Year 1 group project: built a Flask web app for booking society rooms with three classmates, writing the SQL database layer and managing tasks in GitHub over weekly sprints</w:t>
      </w:r>
    </w:p>
    <w:p>
      <w:pPr>
        <w:pStyle w:val="ListBullet"/>
        <w:spacing w:after="40"/>
      </w:pPr>
      <w:r>
        <w:rPr>
          <w:sz w:val="21"/>
        </w:rPr>
        <w:t>Home lab: set up a Raspberry Pi as a network ad blocker on a spare router, then wrote it up as a step-by-step guide for drop-in volunteers</w:t>
      </w:r>
    </w:p>
    <w:p>
      <w:pPr>
        <w:spacing w:after="60" w:before="200"/>
      </w:pPr>
      <w:r>
        <w:rPr>
          <w:b/>
          <w:color w:val="1D7A53"/>
          <w:sz w:val="21"/>
        </w:rPr>
        <w:t>LANGUAGES</w:t>
      </w:r>
    </w:p>
    <w:p>
      <w:pPr>
        <w:pStyle w:val="ListBullet"/>
        <w:spacing w:after="40"/>
      </w:pPr>
      <w:r>
        <w:rPr>
          <w:sz w:val="21"/>
        </w:rPr>
        <w:t>Bilingual in English and Polish</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Mature Student Career Changer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