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Viraj Mistry</w:t>
      </w:r>
    </w:p>
    <w:p>
      <w:pPr>
        <w:spacing w:after="40" w:before="0"/>
      </w:pPr>
      <w:r>
        <w:rPr>
          <w:b/>
          <w:color w:val="1D7A53"/>
          <w:sz w:val="23"/>
        </w:rPr>
        <w:t>Graduate Software Developer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viraj.mistry@email.com | 07700 900233 | linkedin.com/in/viraj-mistry-cv233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Computer Science graduate (BSc Hons, 2:1) who led the back end of a final-year client project now used by a Leicester food bank. Confident in Java, Python, SQL and Git, and writes unit tests as standard. Seeking a graduate or junior software developer role in the East Midlands.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Java and Spring Boot | Python (Flask, pytest) | SQL and PostgreSQL | JavaScript, HTML and CSS | Git and GitHub pull requests | Unit testing (JUnit, pytest) | REST API design | Agile and Scrum | Debugging and problem-solving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Back-End Developer (final-year client project)</w:t>
      </w:r>
      <w:r>
        <w:t>, University of Leicester, Leicester</w:t>
      </w:r>
      <w:r>
        <w:rPr>
          <w:color w:val="5B6672"/>
        </w:rPr>
        <w:t xml:space="preserve">    Oct 2025 - May 2026</w:t>
      </w:r>
    </w:p>
    <w:p>
      <w:pPr>
        <w:pStyle w:val="ListBullet"/>
        <w:spacing w:after="40"/>
      </w:pPr>
      <w:r>
        <w:rPr>
          <w:sz w:val="21"/>
        </w:rPr>
        <w:t>Built a Java Spring Boot API for a food bank's volunteer rota, replacing a spreadsheet that caused double bookings.</w:t>
      </w:r>
    </w:p>
    <w:p>
      <w:pPr>
        <w:pStyle w:val="ListBullet"/>
        <w:spacing w:after="40"/>
      </w:pPr>
      <w:r>
        <w:rPr>
          <w:sz w:val="21"/>
        </w:rPr>
        <w:t>Designed the PostgreSQL schema and wrote 120 JUnit tests, keeping coverage above 85% in every sprint.</w:t>
      </w:r>
    </w:p>
    <w:p>
      <w:pPr>
        <w:pStyle w:val="ListBullet"/>
        <w:spacing w:after="40"/>
      </w:pPr>
      <w:r>
        <w:rPr>
          <w:sz w:val="21"/>
        </w:rPr>
        <w:t>Ran sprint reviews with the food bank coordinator, turning her feedback into prioritised user stories.</w:t>
      </w:r>
    </w:p>
    <w:p>
      <w:pPr>
        <w:pStyle w:val="ListBullet"/>
        <w:spacing w:after="40"/>
      </w:pPr>
      <w:r>
        <w:rPr>
          <w:sz w:val="21"/>
        </w:rPr>
        <w:t>Set up a GitHub Actions pipeline, so every merged pull request reached the client within minutes.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Peer Programming Mentor (part-time)</w:t>
      </w:r>
      <w:r>
        <w:t>, University of Leicester, Leicester</w:t>
      </w:r>
      <w:r>
        <w:rPr>
          <w:color w:val="5B6672"/>
        </w:rPr>
        <w:t xml:space="preserve">    Sep 2024 - Jun 2026</w:t>
      </w:r>
    </w:p>
    <w:p>
      <w:pPr>
        <w:pStyle w:val="ListBullet"/>
        <w:spacing w:after="40"/>
      </w:pPr>
      <w:r>
        <w:rPr>
          <w:sz w:val="21"/>
        </w:rPr>
        <w:t>Ran weekly drop-ins for first-year students stuck on Python and Java coursework, supporting around 25 a week.</w:t>
      </w:r>
    </w:p>
    <w:p>
      <w:pPr>
        <w:pStyle w:val="ListBullet"/>
        <w:spacing w:after="40"/>
      </w:pPr>
      <w:r>
        <w:rPr>
          <w:sz w:val="21"/>
        </w:rPr>
        <w:t>Taught debugging step by step instead of giving answers, and wrote a one-page guide to reading stack traces.</w:t>
      </w:r>
    </w:p>
    <w:p>
      <w:pPr>
        <w:pStyle w:val="ListBullet"/>
        <w:spacing w:after="40"/>
      </w:pPr>
      <w:r>
        <w:rPr>
          <w:sz w:val="21"/>
        </w:rPr>
        <w:t>Flagged recurring problems with recursion to the module lead, who added a worked example to the lab sheets.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(part-time)</w:t>
      </w:r>
      <w:r>
        <w:t>, Hartsfield Foodstores, Leicester</w:t>
      </w:r>
      <w:r>
        <w:rPr>
          <w:color w:val="5B6672"/>
        </w:rPr>
        <w:t xml:space="preserve">    Jun 2022 - Sep 2025</w:t>
      </w:r>
    </w:p>
    <w:p>
      <w:pPr>
        <w:pStyle w:val="ListBullet"/>
        <w:spacing w:after="40"/>
      </w:pPr>
      <w:r>
        <w:rPr>
          <w:sz w:val="21"/>
        </w:rPr>
        <w:t>Worked evening and weekend shifts on the tills and online order desk through sixth form and university.</w:t>
      </w:r>
    </w:p>
    <w:p>
      <w:pPr>
        <w:pStyle w:val="ListBullet"/>
        <w:spacing w:after="40"/>
      </w:pPr>
      <w:r>
        <w:rPr>
          <w:sz w:val="21"/>
        </w:rPr>
        <w:t>Wrote a small Python script to total the weekly waste log, which the manager adopted for stock ordering.</w:t>
      </w:r>
    </w:p>
    <w:p>
      <w:pPr>
        <w:pStyle w:val="ListBullet"/>
        <w:spacing w:after="40"/>
      </w:pPr>
      <w:r>
        <w:rPr>
          <w:sz w:val="21"/>
        </w:rPr>
        <w:t>Trained four new starters on the till and Challenge 25 age checks, and dealt calmly with customer complaints.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Computer Science, University of Leicester, 2:1, 2026</w:t>
      </w:r>
    </w:p>
    <w:p>
      <w:pPr>
        <w:spacing w:after="40" w:before="0"/>
      </w:pPr>
      <w:r>
        <w:rPr>
          <w:b w:val="0"/>
          <w:sz w:val="21"/>
        </w:rPr>
        <w:t>A-levels: Mathematics (A), Computer Science (A), Physics (B), 2023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AWS Certified Cloud Practitioner (2026)</w:t>
      </w:r>
    </w:p>
    <w:p>
      <w:pPr>
        <w:spacing w:after="60" w:before="200"/>
      </w:pPr>
      <w:r>
        <w:rPr>
          <w:b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Budget tracker in Python and Flask with login, 40 pytest tests and a README explaining the design: github.com/viraj-mistry-cv233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Software Developer CV with No Experience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