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Kieran Ashworth</w:t>
      </w:r>
    </w:p>
    <w:p>
      <w:pPr>
        <w:spacing w:after="40" w:before="0"/>
      </w:pPr>
      <w:r>
        <w:rPr>
          <w:b/>
          <w:color w:val="1D7A53"/>
          <w:sz w:val="23"/>
        </w:rPr>
        <w:t>Software Developer (C# and .NET)</w:t>
      </w:r>
    </w:p>
    <w:p>
      <w:pPr>
        <w:spacing w:after="160" w:before="0"/>
      </w:pPr>
      <w:r>
        <w:rPr>
          <w:b w:val="0"/>
          <w:color w:val="5B6672"/>
          <w:sz w:val="19"/>
        </w:rPr>
        <w:t>Leeds | kieran.ashworth@email.com | 07700 900689 | linkedin.com/in/kieran-ashworth-cv689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Software developer with five years' development experience, including a Level 4 Software Developer apprenticeship completed in 2023. Builds and maintains C#, ASP.NET Core and SQL Server systems for an insurance software company, from claims APIs to broker portals. Owns features from refinement to release and supports them in live. Seeking a mid-level .NET developer role in Leeds or remote.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C# and .NET 10 | ASP.NET Core Web API | SQL Server and Entity Framework Core | Azure DevOps pipelines | xUnit and integration testing | Angular and TypeScript | REST API design and OpenAPI | Git branching and code review | Live support and incident fixes | Scrum and Kanban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Software Developer</w:t>
      </w:r>
      <w:r>
        <w:t>, Lowfold Insurance Software, Leeds</w:t>
      </w:r>
      <w:r>
        <w:rPr>
          <w:color w:val="5B6672"/>
        </w:rPr>
        <w:t xml:space="preserve">    Jan 2024 - Present</w:t>
      </w:r>
    </w:p>
    <w:p>
      <w:pPr>
        <w:pStyle w:val="ListBullet"/>
        <w:spacing w:after="40"/>
      </w:pPr>
      <w:r>
        <w:rPr>
          <w:sz w:val="21"/>
        </w:rPr>
        <w:t>Build ASP.NET Core APIs and SQL Server stored procedures for a claims platform used by 40 UK insurers and brokers.</w:t>
      </w:r>
    </w:p>
    <w:p>
      <w:pPr>
        <w:pStyle w:val="ListBullet"/>
        <w:spacing w:after="40"/>
      </w:pPr>
      <w:r>
        <w:rPr>
          <w:sz w:val="21"/>
        </w:rPr>
        <w:t>Moved five services from .NET 8 to .NET 10 ahead of .NET 8's November 2026 end of support, with no customer downtime.</w:t>
      </w:r>
    </w:p>
    <w:p>
      <w:pPr>
        <w:pStyle w:val="ListBullet"/>
        <w:spacing w:after="40"/>
      </w:pPr>
      <w:r>
        <w:rPr>
          <w:sz w:val="21"/>
        </w:rPr>
        <w:t>Cut claims search from 9 seconds to under 1 second by rewriting Entity Framework queries and adding two indexes.</w:t>
      </w:r>
    </w:p>
    <w:p>
      <w:pPr>
        <w:pStyle w:val="ListBullet"/>
        <w:spacing w:after="40"/>
      </w:pPr>
      <w:r>
        <w:rPr>
          <w:sz w:val="21"/>
        </w:rPr>
        <w:t>Take a turn on the support rota, fixing live incidents and writing a short root-cause note for each one.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Software Developer Apprentice (Level 4)</w:t>
      </w:r>
      <w:r>
        <w:t>, Lowfold Insurance Software, Leeds</w:t>
      </w:r>
      <w:r>
        <w:rPr>
          <w:color w:val="5B6672"/>
        </w:rPr>
        <w:t xml:space="preserve">    Sep 2021 - Dec 2023</w:t>
      </w:r>
    </w:p>
    <w:p>
      <w:pPr>
        <w:pStyle w:val="ListBullet"/>
        <w:spacing w:after="40"/>
      </w:pPr>
      <w:r>
        <w:rPr>
          <w:sz w:val="21"/>
        </w:rPr>
        <w:t>Built the broker portal's document upload feature in ASP.NET Core and Angular, which brokers now use for every new claim.</w:t>
      </w:r>
    </w:p>
    <w:p>
      <w:pPr>
        <w:pStyle w:val="ListBullet"/>
        <w:spacing w:after="40"/>
      </w:pPr>
      <w:r>
        <w:rPr>
          <w:sz w:val="21"/>
        </w:rPr>
        <w:t>Wrote xUnit tests around legacy premium calculations before refactoring them, catching two rounding errors in live quotes.</w:t>
      </w:r>
    </w:p>
    <w:p>
      <w:pPr>
        <w:pStyle w:val="ListBullet"/>
        <w:spacing w:after="40"/>
      </w:pPr>
      <w:r>
        <w:rPr>
          <w:sz w:val="21"/>
        </w:rPr>
        <w:t>Moved the team's manual release checklist into an Azure DevOps pipeline, cutting release preparation from a day to an hour.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IT Service Desk Analyst</w:t>
      </w:r>
      <w:r>
        <w:t>, Calderline Housing, Halifax</w:t>
      </w:r>
      <w:r>
        <w:rPr>
          <w:color w:val="5B6672"/>
        </w:rPr>
        <w:t xml:space="preserve">    Aug 2019 - Aug 2021</w:t>
      </w:r>
    </w:p>
    <w:p>
      <w:pPr>
        <w:pStyle w:val="ListBullet"/>
        <w:spacing w:after="40"/>
      </w:pPr>
      <w:r>
        <w:rPr>
          <w:sz w:val="21"/>
        </w:rPr>
        <w:t>Resolved first-line IT tickets for 300 staff at a housing association, from password resets to laptop builds.</w:t>
      </w:r>
    </w:p>
    <w:p>
      <w:pPr>
        <w:pStyle w:val="ListBullet"/>
        <w:spacing w:after="40"/>
      </w:pPr>
      <w:r>
        <w:rPr>
          <w:sz w:val="21"/>
        </w:rPr>
        <w:t>Wrote PowerShell scripts to automate new-starter account setup, the project that led to a move into development.</w:t>
      </w:r>
    </w:p>
    <w:p>
      <w:pPr>
        <w:pStyle w:val="ListBullet"/>
        <w:spacing w:after="40"/>
      </w:pPr>
      <w:r>
        <w:rPr>
          <w:sz w:val="21"/>
        </w:rPr>
        <w:t>Logged every fix in the knowledge base, reducing repeat calls about the housing management system.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4 Software Developer Apprenticeship, Lowfold Insurance Software, completed 2023</w:t>
      </w:r>
    </w:p>
    <w:p>
      <w:pPr>
        <w:spacing w:after="40" w:before="0"/>
      </w:pPr>
      <w:r>
        <w:rPr>
          <w:b w:val="0"/>
          <w:sz w:val="21"/>
        </w:rPr>
        <w:t>A-levels: Computer Science (B), Mathematics (C), Business (C), 2019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STEM Ambassador (2024 - Present), running Python coding taster sessions for Year 9 pupils at Leeds secondary schools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Developer CV (C# and .NET, Apprenticeship Route)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