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Rachel Brierley</w:t>
      </w:r>
    </w:p>
    <w:p>
      <w:pPr>
        <w:spacing w:after="40" w:before="0"/>
      </w:pPr>
      <w:r>
        <w:rPr>
          <w:b/>
          <w:color w:val="1D7A53"/>
          <w:sz w:val="23"/>
        </w:rPr>
        <w:t>Junior Software Developer</w:t>
      </w:r>
    </w:p>
    <w:p>
      <w:pPr>
        <w:spacing w:after="160" w:before="0"/>
      </w:pPr>
      <w:r>
        <w:rPr>
          <w:b w:val="0"/>
          <w:color w:val="5B6672"/>
          <w:sz w:val="19"/>
        </w:rPr>
        <w:t>Bolton | rachel.brierley@email.com | 07700 900376 | linkedin.com/in/rachel-brierley-cv376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Junior software developer and former secondary maths teacher, now building React and TypeScript features for an education technology company in Manchester. Retrained through a Skills Bootcamp in 2025 after automating a maths department's assessment tracking. Brings nine years of explaining complex ideas, meeting deadlines and designing for real users. Seeking a developer role in edtech or the public sector.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JavaScript and TypeScript | React and Next.js | Node.js and Express | HTML, CSS and WCAG 2.2 accessibility | SQL (PostgreSQL) | Jest and React Testing Library | Git, pull requests and code review | Agile ceremonies and Jira | User testing with teachers | Clear technical writing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Junior Software Developer</w:t>
      </w:r>
      <w:r>
        <w:t>, Tallyboard Learning, Manchester</w:t>
      </w:r>
      <w:r>
        <w:rPr>
          <w:color w:val="5B6672"/>
        </w:rPr>
        <w:t xml:space="preserve">    Jan 2026 - Present</w:t>
      </w:r>
    </w:p>
    <w:p>
      <w:pPr>
        <w:pStyle w:val="ListBullet"/>
        <w:spacing w:after="40"/>
      </w:pPr>
      <w:r>
        <w:rPr>
          <w:sz w:val="21"/>
        </w:rPr>
        <w:t>Build React and TypeScript features for a homework platform used in secondary schools, releasing to production every week.</w:t>
      </w:r>
    </w:p>
    <w:p>
      <w:pPr>
        <w:pStyle w:val="ListBullet"/>
        <w:spacing w:after="40"/>
      </w:pPr>
      <w:r>
        <w:rPr>
          <w:sz w:val="21"/>
        </w:rPr>
        <w:t>Rebuilt the teacher marking screen with keyboard shortcuts and screen reader labels after testing it with three working teachers.</w:t>
      </w:r>
    </w:p>
    <w:p>
      <w:pPr>
        <w:pStyle w:val="ListBullet"/>
        <w:spacing w:after="40"/>
      </w:pPr>
      <w:r>
        <w:rPr>
          <w:sz w:val="21"/>
        </w:rPr>
        <w:t>Wrote Jest and React Testing Library tests for legacy components, raising coverage on the marking module from 40% to 78%.</w:t>
      </w:r>
    </w:p>
    <w:p>
      <w:pPr>
        <w:pStyle w:val="ListBullet"/>
        <w:spacing w:after="40"/>
      </w:pPr>
      <w:r>
        <w:rPr>
          <w:sz w:val="21"/>
        </w:rPr>
        <w:t>Pair with senior developers twice a week and now review other developers' pull requests on the front-end codebase.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Teacher of Maths and Key Stage 4 Data Lead</w:t>
      </w:r>
      <w:r>
        <w:t>, A secondary academy, Bolton</w:t>
      </w:r>
      <w:r>
        <w:rPr>
          <w:color w:val="5B6672"/>
        </w:rPr>
        <w:t xml:space="preserve">    Sep 2019 - Jul 2025</w:t>
      </w:r>
    </w:p>
    <w:p>
      <w:pPr>
        <w:pStyle w:val="ListBullet"/>
        <w:spacing w:after="40"/>
      </w:pPr>
      <w:r>
        <w:rPr>
          <w:sz w:val="21"/>
        </w:rPr>
        <w:t>Taught GCSE and A-level maths to classes of up to 32, planning lessons around exam board specifications.</w:t>
      </w:r>
    </w:p>
    <w:p>
      <w:pPr>
        <w:pStyle w:val="ListBullet"/>
        <w:spacing w:after="40"/>
      </w:pPr>
      <w:r>
        <w:rPr>
          <w:sz w:val="21"/>
        </w:rPr>
        <w:t>Built a Google Sheets and Apps Script tracker that turned mock results into intervention lists, saving staff two hours a week.</w:t>
      </w:r>
    </w:p>
    <w:p>
      <w:pPr>
        <w:pStyle w:val="ListBullet"/>
        <w:spacing w:after="40"/>
      </w:pPr>
      <w:r>
        <w:rPr>
          <w:sz w:val="21"/>
        </w:rPr>
        <w:t>Led a lunchtime coding club using Python and the BBC micro:bit for three years, with around 20 regular students.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Teacher of Maths</w:t>
      </w:r>
      <w:r>
        <w:t>, A secondary school, Wigan</w:t>
      </w:r>
      <w:r>
        <w:rPr>
          <w:color w:val="5B6672"/>
        </w:rPr>
        <w:t xml:space="preserve">    Sep 2016 - Aug 2019</w:t>
      </w:r>
    </w:p>
    <w:p>
      <w:pPr>
        <w:pStyle w:val="ListBullet"/>
        <w:spacing w:after="40"/>
      </w:pPr>
      <w:r>
        <w:rPr>
          <w:sz w:val="21"/>
        </w:rPr>
        <w:t>Completed the NQT induction year, then mentored two trainee teachers through their school placements.</w:t>
      </w:r>
    </w:p>
    <w:p>
      <w:pPr>
        <w:pStyle w:val="ListBullet"/>
        <w:spacing w:after="40"/>
      </w:pPr>
      <w:r>
        <w:rPr>
          <w:sz w:val="21"/>
        </w:rPr>
        <w:t>Introduced weekly online quizzes with instant feedback, cutting homework marking time across the department.</w:t>
      </w:r>
    </w:p>
    <w:p>
      <w:pPr>
        <w:pStyle w:val="ListBullet"/>
        <w:spacing w:after="40"/>
      </w:pPr>
      <w:r>
        <w:rPr>
          <w:sz w:val="21"/>
        </w:rPr>
        <w:t>Analysed question-level exam data each summer to show which topics needed reteaching before Year 11.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Skills Bootcamp in Full-Stack Web Development (JavaScript, React, Node.js), completed 2025</w:t>
      </w:r>
    </w:p>
    <w:p>
      <w:pPr>
        <w:spacing w:after="40" w:before="0"/>
      </w:pPr>
      <w:r>
        <w:rPr>
          <w:b w:val="0"/>
          <w:sz w:val="21"/>
        </w:rPr>
        <w:t>PGCE Secondary Mathematics with QTS, Manchester Metropolitan University, 2016</w:t>
      </w:r>
    </w:p>
    <w:p>
      <w:pPr>
        <w:spacing w:after="40" w:before="0"/>
      </w:pPr>
      <w:r>
        <w:rPr>
          <w:b w:val="0"/>
          <w:sz w:val="21"/>
        </w:rPr>
        <w:t>BSc (Hons) Mathematics, University of Liverpool, 2:1, 2015</w:t>
      </w:r>
    </w:p>
    <w:p>
      <w:pPr>
        <w:spacing w:after="60" w:before="200"/>
      </w:pPr>
      <w:r>
        <w:rPr>
          <w:b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Revision planner app in React, Node.js and PostgreSQL, built in a team of four as the bootcamp capstone; code at github.com/rachel-brierley-cv376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Software Developer CV for a Career Changer (Teacher to Developer)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