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Daniel Mensah</w:t>
      </w:r>
    </w:p>
    <w:p>
      <w:pPr>
        <w:spacing w:after="40" w:before="0"/>
      </w:pPr>
      <w:r>
        <w:rPr>
          <w:b/>
          <w:color w:val="1D7A53"/>
          <w:sz w:val="23"/>
        </w:rPr>
        <w:t>Customer Assistant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daniel.mensah@email.com | 07700 900238 | linkedin.com/in/danielmensah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Customer assistant with five years in grocery and sports retail, now covering tills, self-checkout and online picking in a 24-hour supermarket. Trusted with cash and calm with Challenge 25 refusals. Seeking more ownership of fresh food and online; available for early, late and weekend shifts on one week's notice.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Self-checkout supervision | Till balancing | Challenge 25 checks | Online grocery picking | Date code checks | Bakery counter service | Allergen awareness | Click and Collect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</w:t>
      </w:r>
      <w:r>
        <w:t>, Fairmead Supermarkets, Nottingham</w:t>
      </w:r>
      <w:r>
        <w:rPr>
          <w:color w:val="5B6672"/>
        </w:rPr>
        <w:t xml:space="preserve">    Feb 2023 - Present</w:t>
      </w:r>
    </w:p>
    <w:p>
      <w:pPr>
        <w:pStyle w:val="ListBullet"/>
        <w:spacing w:after="40"/>
      </w:pPr>
      <w:r>
        <w:rPr>
          <w:sz w:val="21"/>
        </w:rPr>
        <w:t>Supervise six self-checkouts at peak times, clearing alerts, approving age checks and keeping the main queue under five minutes on Saturdays.</w:t>
      </w:r>
    </w:p>
    <w:p>
      <w:pPr>
        <w:pStyle w:val="ListBullet"/>
        <w:spacing w:after="40"/>
      </w:pPr>
      <w:r>
        <w:rPr>
          <w:sz w:val="21"/>
        </w:rPr>
        <w:t>Pick around 25 online grocery orders a shift with a hand-held picker, holding 99% pick accuracy and choosing substitutions customers accept.</w:t>
      </w:r>
    </w:p>
    <w:p>
      <w:pPr>
        <w:pStyle w:val="ListBullet"/>
        <w:spacing w:after="40"/>
      </w:pPr>
      <w:r>
        <w:rPr>
          <w:sz w:val="21"/>
        </w:rPr>
        <w:t>Logged every Challenge 25 refusal and passed all three age-check test visits made at the self-checkouts during 2025.</w:t>
      </w:r>
    </w:p>
    <w:p>
      <w:pPr>
        <w:pStyle w:val="ListBullet"/>
        <w:spacing w:after="40"/>
      </w:pPr>
      <w:r>
        <w:rPr>
          <w:sz w:val="21"/>
        </w:rPr>
        <w:t>Run daily date code checks and reductions on chilled aisles, helping cut fresh waste on the section by 12% in six months.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Retail Assistant</w:t>
      </w:r>
      <w:r>
        <w:t>, Castlegate Sports, Nottingham</w:t>
      </w:r>
      <w:r>
        <w:rPr>
          <w:color w:val="5B6672"/>
        </w:rPr>
        <w:t xml:space="preserve">    Nov 2021 - Jan 2023</w:t>
      </w:r>
    </w:p>
    <w:p>
      <w:pPr>
        <w:pStyle w:val="ListBullet"/>
        <w:spacing w:after="40"/>
      </w:pPr>
      <w:r>
        <w:rPr>
          <w:sz w:val="21"/>
        </w:rPr>
        <w:t>Joined as a Christmas temp and was kept on permanently in January after topping the store's loyalty card sign-ups over the peak.</w:t>
      </w:r>
    </w:p>
    <w:p>
      <w:pPr>
        <w:pStyle w:val="ListBullet"/>
        <w:spacing w:after="40"/>
      </w:pPr>
      <w:r>
        <w:rPr>
          <w:sz w:val="21"/>
        </w:rPr>
        <w:t>Fitted customers for running shoes with a gait check and recommended socks and insoles, lifting average spend on footwear transactions.</w:t>
      </w:r>
    </w:p>
    <w:p>
      <w:pPr>
        <w:pStyle w:val="ListBullet"/>
        <w:spacing w:after="40"/>
      </w:pPr>
      <w:r>
        <w:rPr>
          <w:sz w:val="21"/>
        </w:rPr>
        <w:t>Unloaded weekly deliveries, security-tagged new stock and kept the stockroom sorted by category and size so colleagues could fetch items quickly.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Saturday Counter Assistant</w:t>
      </w:r>
      <w:r>
        <w:t>, Rowan Lane Bakery, Nottingham</w:t>
      </w:r>
      <w:r>
        <w:rPr>
          <w:color w:val="5B6672"/>
        </w:rPr>
        <w:t xml:space="preserve">    Sep 2019 - Oct 2021</w:t>
      </w:r>
    </w:p>
    <w:p>
      <w:pPr>
        <w:pStyle w:val="ListBullet"/>
        <w:spacing w:after="40"/>
      </w:pPr>
      <w:r>
        <w:rPr>
          <w:sz w:val="21"/>
        </w:rPr>
        <w:t>Served a queue-heavy Saturday counter, boxing cakes and bread to order and taking cash and card payments at a steady pace.</w:t>
      </w:r>
    </w:p>
    <w:p>
      <w:pPr>
        <w:pStyle w:val="ListBullet"/>
        <w:spacing w:after="40"/>
      </w:pPr>
      <w:r>
        <w:rPr>
          <w:sz w:val="21"/>
        </w:rPr>
        <w:t>Helped relabel pre-packed sandwiches with full ingredient lists and bold allergens ahead of Natasha's Law coming into force in October 2021.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BTEC Level 3 National Extended Diploma in Business (DMM), 2021</w:t>
      </w:r>
    </w:p>
    <w:p>
      <w:pPr>
        <w:spacing w:after="40" w:before="0"/>
      </w:pPr>
      <w:r>
        <w:rPr>
          <w:b w:val="0"/>
          <w:sz w:val="21"/>
        </w:rPr>
        <w:t>8 GCSEs grades 9-4 including English (5) and Maths (6), 2019</w:t>
      </w:r>
    </w:p>
    <w:p>
      <w:pPr>
        <w:spacing w:after="40" w:before="0"/>
      </w:pPr>
      <w:r>
        <w:rPr>
          <w:b w:val="0"/>
          <w:sz w:val="21"/>
        </w:rPr>
        <w:t>Highfield Level 2 Award in Food Safety for Retail, 2023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Supermarket Customer Assistant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