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Harpreet Sandhu</w:t>
      </w:r>
    </w:p>
    <w:p>
      <w:pPr>
        <w:spacing w:after="40" w:before="0"/>
      </w:pPr>
      <w:r>
        <w:rPr>
          <w:b/>
          <w:color w:val="1D7A53"/>
          <w:sz w:val="23"/>
        </w:rPr>
        <w:t>Senior Retail Assistant and Key Holder</w:t>
      </w:r>
    </w:p>
    <w:p>
      <w:pPr>
        <w:spacing w:after="160" w:before="0"/>
      </w:pPr>
      <w:r>
        <w:rPr>
          <w:b w:val="0"/>
          <w:color w:val="5B6672"/>
          <w:sz w:val="19"/>
        </w:rPr>
        <w:t>Wolverhampton | harpreet.sandhu@email.com | 07700 900905 | linkedin.com/in/harpreetsandhu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Senior retail assistant and key holder with over ten years in convenience, DIY and mobile retail, trusted to open, close and run shifts in a busy store selling alcohol, tobacco, vapes and National Lottery products. Personal licence holder leading Challenge 25, cash office and stock-loss routines for a team of six, with a Level 3 Retail Team Leader apprenticeship (2023). Ready for a supervisor role; flexible across opening and closing shifts, four weeks' notice.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Opening, closing and alarm procedures | Cash office, safe and banking | Challenge 25 and refusals log | Personal licence holder | Shift leadership | Coaching new starters | Ordering and delivery checks | Shrinkage and loss prevention | Planograms and promotions | Date code and temperature checks | National Lottery and PayPoint terminals | Health and safety checks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Senior Retail Assistant and Key Holder</w:t>
      </w:r>
      <w:r>
        <w:t>, Brookline Local, Wolverhampton</w:t>
      </w:r>
      <w:r>
        <w:rPr>
          <w:color w:val="5B6672"/>
        </w:rPr>
        <w:t xml:space="preserve">    Apr 2022 - Present</w:t>
      </w:r>
    </w:p>
    <w:p>
      <w:pPr>
        <w:pStyle w:val="ListBullet"/>
        <w:spacing w:after="40"/>
      </w:pPr>
      <w:r>
        <w:rPr>
          <w:sz w:val="21"/>
        </w:rPr>
        <w:t>Open and close a 2,000-line convenience store four times a week, running the alarm, safe, cash office and banking routines alone.</w:t>
      </w:r>
    </w:p>
    <w:p>
      <w:pPr>
        <w:pStyle w:val="ListBullet"/>
        <w:spacing w:after="40"/>
      </w:pPr>
      <w:r>
        <w:rPr>
          <w:sz w:val="21"/>
        </w:rPr>
        <w:t>Lead shifts of up to three colleagues, deploying them to tills, deliveries and the hot food counter to match peak trading times.</w:t>
      </w:r>
    </w:p>
    <w:p>
      <w:pPr>
        <w:pStyle w:val="ListBullet"/>
        <w:spacing w:after="40"/>
      </w:pPr>
      <w:r>
        <w:rPr>
          <w:sz w:val="21"/>
        </w:rPr>
        <w:t>Cut known stock loss by 18% in a year by moving high-risk lines behind the counter and tightening checks on every delivery.</w:t>
      </w:r>
    </w:p>
    <w:p>
      <w:pPr>
        <w:pStyle w:val="ListBullet"/>
        <w:spacing w:after="40"/>
      </w:pPr>
      <w:r>
        <w:rPr>
          <w:sz w:val="21"/>
        </w:rPr>
        <w:t>Coach the team on Challenge 25 and the refusals log; the store has passed all four Trading Standards test purchases since 2023.</w:t>
      </w:r>
    </w:p>
    <w:p>
      <w:pPr>
        <w:pStyle w:val="ListBullet"/>
        <w:spacing w:after="40"/>
      </w:pPr>
      <w:r>
        <w:rPr>
          <w:sz w:val="21"/>
        </w:rPr>
        <w:t>Cleared all single-use vapes before the June 2025 ban and briefed staff on the rechargeable range and the questions customers would ask.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Retail Assistant</w:t>
      </w:r>
      <w:r>
        <w:t>, Brookline Local, Wolverhampton</w:t>
      </w:r>
      <w:r>
        <w:rPr>
          <w:color w:val="5B6672"/>
        </w:rPr>
        <w:t xml:space="preserve">    Jun 2019 - Mar 2022</w:t>
      </w:r>
    </w:p>
    <w:p>
      <w:pPr>
        <w:pStyle w:val="ListBullet"/>
        <w:spacing w:after="40"/>
      </w:pPr>
      <w:r>
        <w:rPr>
          <w:sz w:val="21"/>
        </w:rPr>
        <w:t>Served up to 400 customers a day across tills, National Lottery and PayPoint bill payments, balancing within the store's variance limit.</w:t>
      </w:r>
    </w:p>
    <w:p>
      <w:pPr>
        <w:pStyle w:val="ListBullet"/>
        <w:spacing w:after="40"/>
      </w:pPr>
      <w:r>
        <w:rPr>
          <w:sz w:val="21"/>
        </w:rPr>
        <w:t>Placed the weekly ambient and chilled orders from sales history and seasonal trends, reducing out-of-stocks on the store's top 50 lines.</w:t>
      </w:r>
    </w:p>
    <w:p>
      <w:pPr>
        <w:pStyle w:val="ListBullet"/>
        <w:spacing w:after="40"/>
      </w:pPr>
      <w:r>
        <w:rPr>
          <w:sz w:val="21"/>
        </w:rPr>
        <w:t>Built promotional end bays to head office planograms, changing 12 bays every three weeks in line with the promotion cycle.</w:t>
      </w:r>
    </w:p>
    <w:p>
      <w:pPr>
        <w:pStyle w:val="ListBullet"/>
        <w:spacing w:after="40"/>
      </w:pPr>
      <w:r>
        <w:rPr>
          <w:sz w:val="21"/>
        </w:rPr>
        <w:t>Helped the manager set up a one-way system, screens and phone-order collection during the pandemic, keeping the store trading safely.</w:t>
      </w:r>
    </w:p>
    <w:p>
      <w:pPr>
        <w:pStyle w:val="ListBullet"/>
        <w:spacing w:after="40"/>
      </w:pPr>
      <w:r>
        <w:rPr>
          <w:sz w:val="21"/>
        </w:rPr>
        <w:t>Resolved counter complaints on the spot within policy, escalating only refunds above the store limit to the manager on duty.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Customer Assistant</w:t>
      </w:r>
      <w:r>
        <w:t>, Hartwell DIY &amp; Garden, Wolverhampton</w:t>
      </w:r>
      <w:r>
        <w:rPr>
          <w:color w:val="5B6672"/>
        </w:rPr>
        <w:t xml:space="preserve">    Aug 2016 - May 2019</w:t>
      </w:r>
    </w:p>
    <w:p>
      <w:pPr>
        <w:pStyle w:val="ListBullet"/>
        <w:spacing w:after="40"/>
      </w:pPr>
      <w:r>
        <w:rPr>
          <w:sz w:val="21"/>
        </w:rPr>
        <w:t>Advised customers on paint, tools and garden products, mixing tinted paints to order on the colour-matching machine at the trade counter.</w:t>
      </w:r>
    </w:p>
    <w:p>
      <w:pPr>
        <w:pStyle w:val="ListBullet"/>
        <w:spacing w:after="40"/>
      </w:pPr>
      <w:r>
        <w:rPr>
          <w:sz w:val="21"/>
        </w:rPr>
        <w:t>Signed up 30 local decorators and builders to the trade account scheme, bringing repeat bulk orders of paint and timber to the store.</w:t>
      </w:r>
    </w:p>
    <w:p>
      <w:pPr>
        <w:pStyle w:val="ListBullet"/>
        <w:spacing w:after="40"/>
      </w:pPr>
      <w:r>
        <w:rPr>
          <w:sz w:val="21"/>
        </w:rPr>
        <w:t>Loaded timber and heavy bags onto trolleys and customer vehicles using safe manual handling techniques and a pallet truck.</w:t>
      </w:r>
    </w:p>
    <w:p>
      <w:pPr>
        <w:pStyle w:val="ListBullet"/>
        <w:spacing w:after="40"/>
      </w:pPr>
      <w:r>
        <w:rPr>
          <w:sz w:val="21"/>
        </w:rPr>
        <w:t>Covered the garden centre tills on spring bank holiday weekends, the busiest trading days of the year for the store.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Saturday Sales Assistant</w:t>
      </w:r>
      <w:r>
        <w:t>, Signal Point Mobile, Wolverhampton</w:t>
      </w:r>
      <w:r>
        <w:rPr>
          <w:color w:val="5B6672"/>
        </w:rPr>
        <w:t xml:space="preserve">    Sep 2014 - Jul 2016</w:t>
      </w:r>
    </w:p>
    <w:p>
      <w:pPr>
        <w:pStyle w:val="ListBullet"/>
        <w:spacing w:after="40"/>
      </w:pPr>
      <w:r>
        <w:rPr>
          <w:sz w:val="21"/>
        </w:rPr>
        <w:t>Sold phone cases, chargers and screen protectors at a busy shopping centre unit, matching each accessory to the customer's handset model.</w:t>
      </w:r>
    </w:p>
    <w:p>
      <w:pPr>
        <w:pStyle w:val="ListBullet"/>
        <w:spacing w:after="40"/>
      </w:pPr>
      <w:r>
        <w:rPr>
          <w:sz w:val="21"/>
        </w:rPr>
        <w:t>Kept the accessories wall faced up and priced, and counted stock against the weekly delivery note before it went on sale.</w:t>
      </w:r>
    </w:p>
    <w:p>
      <w:pPr>
        <w:pStyle w:val="ListBullet"/>
        <w:spacing w:after="40"/>
      </w:pPr>
      <w:r>
        <w:rPr>
          <w:sz w:val="21"/>
        </w:rPr>
        <w:t>Fitted screen protectors at the counter, a quick service that brought customers back for cases, chargers and repeat purchases.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BTEC Level 3 Extended Diploma in Business (DMM), 2016</w:t>
      </w:r>
    </w:p>
    <w:p>
      <w:pPr>
        <w:spacing w:after="40" w:before="0"/>
      </w:pPr>
      <w:r>
        <w:rPr>
          <w:b w:val="0"/>
          <w:sz w:val="21"/>
        </w:rPr>
        <w:t>9 GCSEs grades A*-C including English and Maths, 2014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Retail Team Leader Level 3 apprenticeship (completed 2023)</w:t>
      </w:r>
    </w:p>
    <w:p>
      <w:pPr>
        <w:spacing w:after="40" w:before="0"/>
      </w:pPr>
      <w:r>
        <w:rPr>
          <w:b w:val="0"/>
          <w:sz w:val="21"/>
        </w:rPr>
        <w:t>Personal licence (Licensing Act 2003), Level 2 Award for Personal Licence Holders, 2021</w:t>
      </w:r>
    </w:p>
    <w:p>
      <w:pPr>
        <w:spacing w:after="40" w:before="0"/>
      </w:pPr>
      <w:r>
        <w:rPr>
          <w:b w:val="0"/>
          <w:sz w:val="21"/>
        </w:rPr>
        <w:t>Highfield Level 2 Award in Food Safety for Retail (2024)</w:t>
      </w:r>
    </w:p>
    <w:p>
      <w:pPr>
        <w:spacing w:after="40" w:before="0"/>
      </w:pPr>
      <w:r>
        <w:rPr>
          <w:b w:val="0"/>
          <w:sz w:val="21"/>
        </w:rPr>
        <w:t>Emergency First Aid at Work (renewed 2025)</w:t>
      </w:r>
    </w:p>
    <w:p>
      <w:pPr>
        <w:spacing w:after="60" w:before="200"/>
      </w:pPr>
      <w:r>
        <w:rPr>
          <w:b/>
          <w:color w:val="1D7A53"/>
          <w:sz w:val="21"/>
        </w:rPr>
        <w:t>APPRENTICESHIP WORKPLACE PROJECT</w:t>
      </w:r>
    </w:p>
    <w:p>
      <w:pPr>
        <w:pStyle w:val="ListBullet"/>
        <w:spacing w:after="40"/>
      </w:pPr>
      <w:r>
        <w:rPr>
          <w:sz w:val="21"/>
        </w:rPr>
        <w:t>Redesigned the delivery check-in process with a printed checklist and fixed time slots, cutting check-in from 40 to 25 minutes per delivery</w:t>
      </w:r>
    </w:p>
    <w:p>
      <w:pPr>
        <w:spacing w:after="60" w:before="200"/>
      </w:pPr>
      <w:r>
        <w:rPr>
          <w:b/>
          <w:color w:val="1D7A53"/>
          <w:sz w:val="21"/>
        </w:rPr>
        <w:t>LANGUAGES</w:t>
      </w:r>
    </w:p>
    <w:p>
      <w:pPr>
        <w:pStyle w:val="ListBullet"/>
        <w:spacing w:after="40"/>
      </w:pPr>
      <w:r>
        <w:rPr>
          <w:sz w:val="21"/>
        </w:rPr>
        <w:t>English (native), Punjabi (fluent) and Hindi (conversational), used daily to help the store's regular customers with queries and bill payments</w:t>
      </w:r>
    </w:p>
    <w:p>
      <w:pPr>
        <w:spacing w:after="60" w:before="200"/>
      </w:pPr>
      <w:r>
        <w:rPr>
          <w:b/>
          <w:color w:val="1D7A53"/>
          <w:sz w:val="21"/>
        </w:rPr>
        <w:t>VOLUNTEERING</w:t>
      </w:r>
    </w:p>
    <w:p>
      <w:pPr>
        <w:pStyle w:val="ListBullet"/>
        <w:spacing w:after="40"/>
      </w:pPr>
      <w:r>
        <w:rPr>
          <w:sz w:val="21"/>
        </w:rPr>
        <w:t>Community food bank volunteer since 2020: monthly Sunday shifts sorting donations, checking use-by and best-before dates and packing family parcels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Retail Assistant and Key Holder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