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Claire Donnelly</w:t>
      </w:r>
    </w:p>
    <w:p>
      <w:pPr>
        <w:spacing w:after="40" w:before="0"/>
      </w:pPr>
      <w:r>
        <w:rPr>
          <w:b/>
          <w:color w:val="1D7A53"/>
          <w:sz w:val="23"/>
        </w:rPr>
        <w:t>Retail Assistant</w:t>
      </w:r>
    </w:p>
    <w:p>
      <w:pPr>
        <w:spacing w:after="160" w:before="0"/>
      </w:pPr>
      <w:r>
        <w:rPr>
          <w:b w:val="0"/>
          <w:color w:val="5B6672"/>
          <w:sz w:val="19"/>
        </w:rPr>
        <w:t>Stockport | claire.donnelly@email.com | 07700 900781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Experienced retail assistant returning to part-time work after a six-year career break raising two children. Eleven years in a Manchester department store, latterly as senior sales assistant on homeware, and back on the shop floor since a 2025 Christmas role. Calm at busy tills and accurate with cash. Available school hours on weekdays and alternate Saturdays.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Customer service and product advice | Tills, refunds and exchanges | Gift wrapping and seasonal displays | Stock replenishment | Wedding and gift list management | Training new starters | Event and fundraising planning | Cash counts and float management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Retail Assistant (Christmas temp, kept on)</w:t>
      </w:r>
      <w:r>
        <w:t>, Kestrel Toys &amp; Games, Stockport</w:t>
      </w:r>
      <w:r>
        <w:rPr>
          <w:color w:val="5B6672"/>
        </w:rPr>
        <w:t xml:space="preserve">    Nov 2025 - Present</w:t>
      </w:r>
    </w:p>
    <w:p>
      <w:pPr>
        <w:pStyle w:val="ListBullet"/>
        <w:spacing w:after="40"/>
      </w:pPr>
      <w:r>
        <w:rPr>
          <w:sz w:val="21"/>
        </w:rPr>
        <w:t>Hired for the Christmas peak and kept on for Saturdays after serving up to 200 customers a day across two tills.</w:t>
      </w:r>
    </w:p>
    <w:p>
      <w:pPr>
        <w:pStyle w:val="ListBullet"/>
        <w:spacing w:after="40"/>
      </w:pPr>
      <w:r>
        <w:rPr>
          <w:sz w:val="21"/>
        </w:rPr>
        <w:t>Set up a gift wrapping station and trained four temps to use it, clearing the weekend wrapping queue through December.</w:t>
      </w:r>
    </w:p>
    <w:p>
      <w:pPr>
        <w:pStyle w:val="ListBullet"/>
        <w:spacing w:after="40"/>
      </w:pPr>
      <w:r>
        <w:rPr>
          <w:sz w:val="21"/>
        </w:rPr>
        <w:t>Restock the board games wall twice a shift and check shelf-edge prices against the weekly promotions list.</w:t>
      </w:r>
    </w:p>
    <w:p>
      <w:pPr>
        <w:pStyle w:val="ListBullet"/>
        <w:spacing w:after="40"/>
      </w:pPr>
      <w:r>
        <w:rPr>
          <w:sz w:val="21"/>
        </w:rPr>
        <w:t>Processed January refunds and exchanges for unwanted gifts, checking receipts and condition against the returns policy.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Career break (parent) and PTA volunteer</w:t>
      </w:r>
      <w:r>
        <w:t>, Primary school PTA, Stockport</w:t>
      </w:r>
      <w:r>
        <w:rPr>
          <w:color w:val="5B6672"/>
        </w:rPr>
        <w:t xml:space="preserve">    Jul 2019 - Oct 2025</w:t>
      </w:r>
    </w:p>
    <w:p>
      <w:pPr>
        <w:pStyle w:val="ListBullet"/>
        <w:spacing w:after="40"/>
      </w:pPr>
      <w:r>
        <w:rPr>
          <w:sz w:val="21"/>
        </w:rPr>
        <w:t>Ran the PTA's second-hand uniform shop, sorting, pricing and selling donated items at termly sales.</w:t>
      </w:r>
    </w:p>
    <w:p>
      <w:pPr>
        <w:pStyle w:val="ListBullet"/>
        <w:spacing w:after="40"/>
      </w:pPr>
      <w:r>
        <w:rPr>
          <w:sz w:val="21"/>
        </w:rPr>
        <w:t>Organised two Christmas fairs a year with 20 stalls, managing the floats and counting takings with the treasurer.</w:t>
      </w:r>
    </w:p>
    <w:p>
      <w:pPr>
        <w:pStyle w:val="ListBullet"/>
        <w:spacing w:after="40"/>
      </w:pPr>
      <w:r>
        <w:rPr>
          <w:sz w:val="21"/>
        </w:rPr>
        <w:t>Kept income and spending records for the summer fair in a shared spreadsheet for the PTA treasurer.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Senior Sales Assistant, Homeware</w:t>
      </w:r>
      <w:r>
        <w:t>, Hatherley's Department Store, Manchester</w:t>
      </w:r>
      <w:r>
        <w:rPr>
          <w:color w:val="5B6672"/>
        </w:rPr>
        <w:t xml:space="preserve">    Sep 2008 - Jun 2019</w:t>
      </w:r>
    </w:p>
    <w:p>
      <w:pPr>
        <w:pStyle w:val="ListBullet"/>
        <w:spacing w:after="40"/>
      </w:pPr>
      <w:r>
        <w:rPr>
          <w:sz w:val="21"/>
        </w:rPr>
        <w:t>Promoted from sales assistant to senior in 2015, covering the floor supervisor at breaks and on days off.</w:t>
      </w:r>
    </w:p>
    <w:p>
      <w:pPr>
        <w:pStyle w:val="ListBullet"/>
        <w:spacing w:after="40"/>
      </w:pPr>
      <w:r>
        <w:rPr>
          <w:sz w:val="21"/>
        </w:rPr>
        <w:t>Advised customers on cookware and managed up to 30 active wedding gift lists at a time.</w:t>
      </w:r>
    </w:p>
    <w:p>
      <w:pPr>
        <w:pStyle w:val="ListBullet"/>
        <w:spacing w:after="40"/>
      </w:pPr>
      <w:r>
        <w:rPr>
          <w:sz w:val="21"/>
        </w:rPr>
        <w:t>Counted tills and completed end-of-day cash-up paperwork for the floor with no unexplained variances in 2018.</w:t>
      </w:r>
    </w:p>
    <w:p>
      <w:pPr>
        <w:pStyle w:val="ListBullet"/>
        <w:spacing w:after="40"/>
      </w:pPr>
      <w:r>
        <w:rPr>
          <w:sz w:val="21"/>
        </w:rPr>
        <w:t>Trained new starters on the till system, gift list software and the floor's display standards in their first week.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BTEC National Diploma in Business (DMM), 2008</w:t>
      </w:r>
    </w:p>
    <w:p>
      <w:pPr>
        <w:spacing w:after="40" w:before="0"/>
      </w:pPr>
      <w:r>
        <w:rPr>
          <w:b w:val="0"/>
          <w:sz w:val="21"/>
        </w:rPr>
        <w:t>8 GCSEs grades A*-C including English and Maths, 2006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Emergency First Aid at Work, one-day course (2025)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Assistant Returning After a Career Break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