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Kacper Nowak</w:t>
      </w:r>
    </w:p>
    <w:p>
      <w:pPr>
        <w:spacing w:after="40" w:before="0"/>
      </w:pPr>
      <w:r>
        <w:rPr>
          <w:b/>
          <w:color w:val="1D7A53"/>
          <w:sz w:val="23"/>
        </w:rPr>
        <w:t>Receptionist</w:t>
      </w:r>
    </w:p>
    <w:p>
      <w:pPr>
        <w:spacing w:after="160" w:before="0"/>
      </w:pPr>
      <w:r>
        <w:rPr>
          <w:b w:val="0"/>
          <w:color w:val="5B6672"/>
          <w:sz w:val="19"/>
        </w:rPr>
        <w:t>Peterborough | kacper.nowak@email.com | 07700 900318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Friendly, organised college leaver with a Merit in the T Level in Management and Administration, including a 45-day industry placement on the front desk of a busy lettings agency. Confident greeting visitors, answering a multi-line phone and booking appointments in a shared calendar. Fluent in English and Polish and available to start immediately in Peterborough.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Greeting visitors and sign-in | Multi-line phone and call transfers | Appointment and viewing bookings | Microsoft Outlook, Word and Excel | Post, keys and deliveries | Cash and card payments | Data protection (UK GDPR) basics | English and Polish (fluent) | Calm, polite communication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Front Desk Assistant (T Level industry placement)</w:t>
      </w:r>
      <w:r>
        <w:t>, Fenbrook Lettings, Peterborough</w:t>
      </w:r>
      <w:r>
        <w:rPr>
          <w:color w:val="5B6672"/>
        </w:rPr>
        <w:t xml:space="preserve">    Oct 2025 - Mar 2026</w:t>
      </w:r>
    </w:p>
    <w:p>
      <w:pPr>
        <w:pStyle w:val="ListBullet"/>
        <w:spacing w:after="40"/>
      </w:pPr>
      <w:r>
        <w:rPr>
          <w:sz w:val="21"/>
        </w:rPr>
        <w:t>Greeted up to 30 tenants, landlords and contractors a day, signing them in and offering seats and drinks while they waited.</w:t>
      </w:r>
    </w:p>
    <w:p>
      <w:pPr>
        <w:pStyle w:val="ListBullet"/>
        <w:spacing w:after="40"/>
      </w:pPr>
      <w:r>
        <w:rPr>
          <w:sz w:val="21"/>
        </w:rPr>
        <w:t>Answered a four-line phone system, taking clear messages and transferring calls to the right lettings negotiator or the maintenance team.</w:t>
      </w:r>
    </w:p>
    <w:p>
      <w:pPr>
        <w:pStyle w:val="ListBullet"/>
        <w:spacing w:after="40"/>
      </w:pPr>
      <w:r>
        <w:rPr>
          <w:sz w:val="21"/>
        </w:rPr>
        <w:t>Booked up to 20 property viewings a day in a shared Outlook calendar and emailed every applicant a confirmation with directions.</w:t>
      </w:r>
    </w:p>
    <w:p>
      <w:pPr>
        <w:pStyle w:val="ListBullet"/>
        <w:spacing w:after="40"/>
      </w:pPr>
      <w:r>
        <w:rPr>
          <w:sz w:val="21"/>
        </w:rPr>
        <w:t>Logged incoming post, keys and contractor invoices, checking each contractor against the approved list before signing out any keys.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Café Team Member (part-time)</w:t>
      </w:r>
      <w:r>
        <w:t>, Quillby's Café, Peterborough</w:t>
      </w:r>
      <w:r>
        <w:rPr>
          <w:color w:val="5B6672"/>
        </w:rPr>
        <w:t xml:space="preserve">    Jun 2024 - Present</w:t>
      </w:r>
    </w:p>
    <w:p>
      <w:pPr>
        <w:pStyle w:val="ListBullet"/>
        <w:spacing w:after="40"/>
      </w:pPr>
      <w:r>
        <w:rPr>
          <w:sz w:val="21"/>
        </w:rPr>
        <w:t>Serve customers at the counter on Saturdays and Sundays, taking cash and card payments and balancing the till at close.</w:t>
      </w:r>
    </w:p>
    <w:p>
      <w:pPr>
        <w:pStyle w:val="ListBullet"/>
        <w:spacing w:after="40"/>
      </w:pPr>
      <w:r>
        <w:rPr>
          <w:sz w:val="21"/>
        </w:rPr>
        <w:t>Take phone orders and table bookings for weekend brunch, reading details back to the caller to avoid mistakes on busy shifts.</w:t>
      </w:r>
    </w:p>
    <w:p>
      <w:pPr>
        <w:pStyle w:val="ListBullet"/>
        <w:spacing w:after="40"/>
      </w:pPr>
      <w:r>
        <w:rPr>
          <w:sz w:val="21"/>
        </w:rPr>
        <w:t>Handle complaints politely and fetch the manager when needed, staying calm and friendly when the queue reaches the door.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Welcome Desk Volunteer</w:t>
      </w:r>
      <w:r>
        <w:t>, Brookfield Lane Community Hub, Peterborough</w:t>
      </w:r>
      <w:r>
        <w:rPr>
          <w:color w:val="5B6672"/>
        </w:rPr>
        <w:t xml:space="preserve">    Sep 2023 - Jun 2024</w:t>
      </w:r>
    </w:p>
    <w:p>
      <w:pPr>
        <w:pStyle w:val="ListBullet"/>
        <w:spacing w:after="40"/>
      </w:pPr>
      <w:r>
        <w:rPr>
          <w:sz w:val="21"/>
        </w:rPr>
        <w:t>Welcomed visitors to weekly advice sessions, signed them in and explained where to wait, in English or Polish.</w:t>
      </w:r>
    </w:p>
    <w:p>
      <w:pPr>
        <w:pStyle w:val="ListBullet"/>
        <w:spacing w:after="40"/>
      </w:pPr>
      <w:r>
        <w:rPr>
          <w:sz w:val="21"/>
        </w:rPr>
        <w:t>Kept the room booking diary for six community groups and texted each organiser a reminder the day before their slot.</w:t>
      </w:r>
    </w:p>
    <w:p>
      <w:pPr>
        <w:pStyle w:val="ListBullet"/>
        <w:spacing w:after="40"/>
      </w:pPr>
      <w:r>
        <w:rPr>
          <w:sz w:val="21"/>
        </w:rPr>
        <w:t>Restocked leaflet racks and updated the noticeboard with dates for the food bank, job club and English classes.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T Level in Management and Administration (business support specialism), Merit, 2026</w:t>
      </w:r>
    </w:p>
    <w:p>
      <w:pPr>
        <w:spacing w:after="40" w:before="0"/>
      </w:pPr>
      <w:r>
        <w:rPr>
          <w:b w:val="0"/>
          <w:sz w:val="21"/>
        </w:rPr>
        <w:t>7 GCSEs grades 9-4 including English Language (5) and Maths (5), 2024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Emergency First Aid at Work, one-day course (2025)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Polish (native) and English (fluent): regularly translate letters and forms for family members and neighbours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Receptionist CV with No Experience (College Leaver)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