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Amara Osei</w:t>
      </w:r>
    </w:p>
    <w:p>
      <w:pPr>
        <w:spacing w:after="40" w:before="0"/>
      </w:pPr>
      <w:r>
        <w:rPr>
          <w:b/>
          <w:color w:val="1D7A53"/>
          <w:sz w:val="23"/>
        </w:rPr>
        <w:t>Corporate Receptionist</w:t>
      </w:r>
    </w:p>
    <w:p>
      <w:pPr>
        <w:spacing w:after="160" w:before="0"/>
      </w:pPr>
      <w:r>
        <w:rPr>
          <w:b w:val="0"/>
          <w:color w:val="5B6672"/>
          <w:sz w:val="19"/>
        </w:rPr>
        <w:t>Manchester | amara.osei@email.com | 07700 900562 | linkedin.com/in/amaraosei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Corporate receptionist with six years on busy front desks, now the first point of contact for a 120-person law firm. Runs the switchboard, visitor passes, meeting rooms and client hospitality, and keeps confidential post and documents secure. Trained fire marshal and first aider, seeking a senior receptionist or front of house role in central Manchester.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Switchboard and call handling | Visitor management and passes | Meeting room bookings in Outlook | Client hospitality and catering | Confidential post and courier logs | Client ID copies for compliance | Monthly tenant billing | Microsoft 365 and Teams | Fire marshal and first aid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Receptionist</w:t>
      </w:r>
      <w:r>
        <w:t>, Hartley Brooke LLP, Manchester</w:t>
      </w:r>
      <w:r>
        <w:rPr>
          <w:color w:val="5B6672"/>
        </w:rPr>
        <w:t xml:space="preserve">    Jan 2023 - Present</w:t>
      </w:r>
    </w:p>
    <w:p>
      <w:pPr>
        <w:pStyle w:val="ListBullet"/>
        <w:spacing w:after="40"/>
      </w:pPr>
      <w:r>
        <w:rPr>
          <w:sz w:val="21"/>
        </w:rPr>
        <w:t>Answer around 120 switchboard calls a day, routing each caller to the right fee earner or team within three rings.</w:t>
      </w:r>
    </w:p>
    <w:p>
      <w:pPr>
        <w:pStyle w:val="ListBullet"/>
        <w:spacing w:after="40"/>
      </w:pPr>
      <w:r>
        <w:rPr>
          <w:sz w:val="21"/>
        </w:rPr>
        <w:t>Greet up to 40 clients and visitors daily, issuing passes, notifying hosts and keeping the fire register accurate for evacuations.</w:t>
      </w:r>
    </w:p>
    <w:p>
      <w:pPr>
        <w:pStyle w:val="ListBullet"/>
        <w:spacing w:after="40"/>
      </w:pPr>
      <w:r>
        <w:rPr>
          <w:sz w:val="21"/>
        </w:rPr>
        <w:t>Manage bookings for eight meeting rooms in Outlook, setting up screens, refreshments and catering for client meetings and signings.</w:t>
      </w:r>
    </w:p>
    <w:p>
      <w:pPr>
        <w:pStyle w:val="ListBullet"/>
        <w:spacing w:after="40"/>
      </w:pPr>
      <w:r>
        <w:rPr>
          <w:sz w:val="21"/>
        </w:rPr>
        <w:t>Take and log copies of client ID documents for the compliance team, storing them securely in line with UK GDPR.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Front Desk Receptionist</w:t>
      </w:r>
      <w:r>
        <w:t>, Calder Point Business Centre, Salford</w:t>
      </w:r>
      <w:r>
        <w:rPr>
          <w:color w:val="5B6672"/>
        </w:rPr>
        <w:t xml:space="preserve">    Sep 2020 - Dec 2022</w:t>
      </w:r>
    </w:p>
    <w:p>
      <w:pPr>
        <w:pStyle w:val="ListBullet"/>
        <w:spacing w:after="40"/>
      </w:pPr>
      <w:r>
        <w:rPr>
          <w:sz w:val="21"/>
        </w:rPr>
        <w:t>Ran the shared reception for 35 tenant businesses, answering calls in each company's name and taking detailed messages.</w:t>
      </w:r>
    </w:p>
    <w:p>
      <w:pPr>
        <w:pStyle w:val="ListBullet"/>
        <w:spacing w:after="40"/>
      </w:pPr>
      <w:r>
        <w:rPr>
          <w:sz w:val="21"/>
        </w:rPr>
        <w:t>Logged up to 150 parcels and courier deliveries a week and cut lost-parcel queries with a sign-for-collection sheet.</w:t>
      </w:r>
    </w:p>
    <w:p>
      <w:pPr>
        <w:pStyle w:val="ListBullet"/>
        <w:spacing w:after="40"/>
      </w:pPr>
      <w:r>
        <w:rPr>
          <w:sz w:val="21"/>
        </w:rPr>
        <w:t>Billed meeting room hire and printing to tenants monthly, checking the booking diary against every invoice before it went out.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</w:t>
      </w:r>
      <w:r>
        <w:t>, Penmore Stationers, Manchester</w:t>
      </w:r>
      <w:r>
        <w:rPr>
          <w:color w:val="5B6672"/>
        </w:rPr>
        <w:t xml:space="preserve">    Sep 2017 - Aug 2020</w:t>
      </w:r>
    </w:p>
    <w:p>
      <w:pPr>
        <w:pStyle w:val="ListBullet"/>
        <w:spacing w:after="40"/>
      </w:pPr>
      <w:r>
        <w:rPr>
          <w:sz w:val="21"/>
        </w:rPr>
        <w:t>Served customers at a busy city-centre till, handling cash, card and account sales for local offices and schools.</w:t>
      </w:r>
    </w:p>
    <w:p>
      <w:pPr>
        <w:pStyle w:val="ListBullet"/>
        <w:spacing w:after="40"/>
      </w:pPr>
      <w:r>
        <w:rPr>
          <w:sz w:val="21"/>
        </w:rPr>
        <w:t>Took phone orders from business account customers, checking stock and prices before confirming next-day delivery.</w:t>
      </w:r>
    </w:p>
    <w:p>
      <w:pPr>
        <w:pStyle w:val="ListBullet"/>
        <w:spacing w:after="40"/>
      </w:pPr>
      <w:r>
        <w:rPr>
          <w:sz w:val="21"/>
        </w:rPr>
        <w:t>Trained four new starters on the till and returns policy ahead of the back-to-school rush each August.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A-levels: English Language (B), Business (C), Sociology (C), 2017</w:t>
      </w:r>
    </w:p>
    <w:p>
      <w:pPr>
        <w:spacing w:after="40" w:before="0"/>
      </w:pPr>
      <w:r>
        <w:rPr>
          <w:b w:val="0"/>
          <w:sz w:val="21"/>
        </w:rPr>
        <w:t>9 GCSEs grades A*-C including English and Maths, 2015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Fire marshal training (2024)</w:t>
      </w:r>
    </w:p>
    <w:p>
      <w:pPr>
        <w:spacing w:after="40" w:before="0"/>
      </w:pPr>
      <w:r>
        <w:rPr>
          <w:b w:val="0"/>
          <w:sz w:val="21"/>
        </w:rPr>
        <w:t>Emergency First Aid at Work (renewed 2025)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Twi (conversational)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Receptionist (Law Firm)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