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Tomasz Grabarek</w:t>
      </w:r>
    </w:p>
    <w:p>
      <w:pPr>
        <w:spacing w:after="40" w:before="0"/>
      </w:pPr>
      <w:r>
        <w:rPr>
          <w:b/>
          <w:color w:val="1D7A53"/>
          <w:sz w:val="23"/>
        </w:rPr>
        <w:t>Maintenance Electrician (Multi-skilled)</w:t>
      </w:r>
    </w:p>
    <w:p>
      <w:pPr>
        <w:spacing w:after="160" w:before="0"/>
      </w:pPr>
      <w:r>
        <w:rPr>
          <w:b w:val="0"/>
          <w:color w:val="5B6672"/>
          <w:sz w:val="19"/>
        </w:rPr>
        <w:t>Telford | tomasz.grabarek@email.com | 07700 900826 | linkedin.com/in/tomaszgrabarek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Maintenance electrician with 17 years in the trade, the last nine on high-speed food and automotive production lines. Diagnoses faults on PLCs, variable speed drives, servo systems and three-phase motors, plans preventive maintenance in SAP PM and has cut unplanned downtime on his shift by a fifth since 2021. ECS gold card, AM2, 18th Edition (A4:2026) and CompEx, seeking a lead maintenance role in Shropshire.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PLC fault-finding (Siemens S7, Allen-Bradley) | Variable speed drives and servo systems | Three-phase motors and starters | Control panel wiring and modification | Planned preventive maintenance (SAP PM) | Root cause analysis (5 Whys) | Thermal imaging surveys | DSEAR and Ex equipment | Machinery guarding and interlocks | Lock-out tag-out | Pneumatics and basic mechanical repairs | Reading electrical schematics | Total productive maintenance (TPM)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Maintenance Electrician (4-on-4-off)</w:t>
      </w:r>
      <w:r>
        <w:t>, Hollinsby Bakeries, Telford</w:t>
      </w:r>
      <w:r>
        <w:rPr>
          <w:color w:val="5B6672"/>
        </w:rPr>
        <w:t xml:space="preserve">    Jun 2021 - Present</w:t>
      </w:r>
    </w:p>
    <w:p>
      <w:pPr>
        <w:pStyle w:val="ListBullet"/>
        <w:spacing w:after="40"/>
      </w:pPr>
      <w:r>
        <w:rPr>
          <w:sz w:val="21"/>
        </w:rPr>
        <w:t>Respond to breakdowns on six bread and roll lines running 24/7, restoring production within the 30-minute target on 92% of calls.</w:t>
      </w:r>
    </w:p>
    <w:p>
      <w:pPr>
        <w:pStyle w:val="ListBullet"/>
        <w:spacing w:after="40"/>
      </w:pPr>
      <w:r>
        <w:rPr>
          <w:sz w:val="21"/>
        </w:rPr>
        <w:t>Traced intermittent stops on a spiral cooler to a damaged encoder cable, saving around 40 hours of lost production a year.</w:t>
      </w:r>
    </w:p>
    <w:p>
      <w:pPr>
        <w:pStyle w:val="ListBullet"/>
        <w:spacing w:after="40"/>
      </w:pPr>
      <w:r>
        <w:rPr>
          <w:sz w:val="21"/>
        </w:rPr>
        <w:t>Plan and complete weekly PPM routines in SAP PM, lifting the shift's PPM compliance from 81% to 97% in a year.</w:t>
      </w:r>
    </w:p>
    <w:p>
      <w:pPr>
        <w:pStyle w:val="ListBullet"/>
        <w:spacing w:after="40"/>
      </w:pPr>
      <w:r>
        <w:rPr>
          <w:sz w:val="21"/>
        </w:rPr>
        <w:t>Replaced 18 obsolete drives with modern VSDs during planned shutdowns, cutting oven conveyor energy use by about 15%.</w:t>
      </w:r>
    </w:p>
    <w:p>
      <w:pPr>
        <w:pStyle w:val="ListBullet"/>
        <w:spacing w:after="40"/>
      </w:pPr>
      <w:r>
        <w:rPr>
          <w:sz w:val="21"/>
        </w:rPr>
        <w:t>Inspect electrical equipment in flour dust zones against the site's DSEAR risk assessment, keeping Ex-rated kit in safe condition.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Maintenance Electrician</w:t>
      </w:r>
      <w:r>
        <w:t>, Harrowgill Precision Components, Shrewsbury</w:t>
      </w:r>
      <w:r>
        <w:rPr>
          <w:color w:val="5B6672"/>
        </w:rPr>
        <w:t xml:space="preserve">    Apr 2017 - May 2021</w:t>
      </w:r>
    </w:p>
    <w:p>
      <w:pPr>
        <w:pStyle w:val="ListBullet"/>
        <w:spacing w:after="40"/>
      </w:pPr>
      <w:r>
        <w:rPr>
          <w:sz w:val="21"/>
        </w:rPr>
        <w:t>Maintained CNC machines, robot cells and presses for an automotive supplier, working days with weekend call-outs on a rota.</w:t>
      </w:r>
    </w:p>
    <w:p>
      <w:pPr>
        <w:pStyle w:val="ListBullet"/>
        <w:spacing w:after="40"/>
      </w:pPr>
      <w:r>
        <w:rPr>
          <w:sz w:val="21"/>
        </w:rPr>
        <w:t>Fitted a safety-rated guard interlock to a press after a near miss, under change control, updating the Studio 5000 logic to show its status.</w:t>
      </w:r>
    </w:p>
    <w:p>
      <w:pPr>
        <w:pStyle w:val="ListBullet"/>
        <w:spacing w:after="40"/>
      </w:pPr>
      <w:r>
        <w:rPr>
          <w:sz w:val="21"/>
        </w:rPr>
        <w:t>Led quarterly thermal imaging surveys of 70 distribution boards, finding loose terminations before they caused failures.</w:t>
      </w:r>
    </w:p>
    <w:p>
      <w:pPr>
        <w:pStyle w:val="ListBullet"/>
        <w:spacing w:after="40"/>
      </w:pPr>
      <w:r>
        <w:rPr>
          <w:sz w:val="21"/>
        </w:rPr>
        <w:t>Rewired two robot cell control panels to updated schematics during a summer shutdown, finishing a day ahead of plan.</w:t>
      </w:r>
    </w:p>
    <w:p>
      <w:pPr>
        <w:pStyle w:val="ListBullet"/>
        <w:spacing w:after="40"/>
      </w:pPr>
      <w:r>
        <w:rPr>
          <w:sz w:val="21"/>
        </w:rPr>
        <w:t>Trained 30 operators in daily TPM checks that reduced minor stops on the press line by a quarter.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Installation Electrician</w:t>
      </w:r>
      <w:r>
        <w:t>, Stannerby Electrical Contractors, Wolverhampton</w:t>
      </w:r>
      <w:r>
        <w:rPr>
          <w:color w:val="5B6672"/>
        </w:rPr>
        <w:t xml:space="preserve">    Sep 2013 - Mar 2017</w:t>
      </w:r>
    </w:p>
    <w:p>
      <w:pPr>
        <w:pStyle w:val="ListBullet"/>
        <w:spacing w:after="40"/>
      </w:pPr>
      <w:r>
        <w:rPr>
          <w:sz w:val="21"/>
        </w:rPr>
        <w:t>Installed power, lighting and containment on factory and warehouse projects, including SWA submains up to 185 mm².</w:t>
      </w:r>
    </w:p>
    <w:p>
      <w:pPr>
        <w:pStyle w:val="ListBullet"/>
        <w:spacing w:after="40"/>
      </w:pPr>
      <w:r>
        <w:rPr>
          <w:sz w:val="21"/>
        </w:rPr>
        <w:t>Wired motor control centres and connected three-phase pumps, fans and motors for a water treatment client.</w:t>
      </w:r>
    </w:p>
    <w:p>
      <w:pPr>
        <w:pStyle w:val="ListBullet"/>
        <w:spacing w:after="40"/>
      </w:pPr>
      <w:r>
        <w:rPr>
          <w:sz w:val="21"/>
        </w:rPr>
        <w:t>Tested and certified new installations in a two-person team, recording results on electrical installation certificates.</w:t>
      </w:r>
    </w:p>
    <w:p>
      <w:pPr>
        <w:pStyle w:val="ListBullet"/>
        <w:spacing w:after="40"/>
      </w:pPr>
      <w:r>
        <w:rPr>
          <w:sz w:val="21"/>
        </w:rPr>
        <w:t>Moved into maintenance work after covering a client's factory shutdown team for three months in 2016.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Apprentice Electrician</w:t>
      </w:r>
      <w:r>
        <w:t>, Stannerby Electrical Contractors, Wolverhampton</w:t>
      </w:r>
      <w:r>
        <w:rPr>
          <w:color w:val="5B6672"/>
        </w:rPr>
        <w:t xml:space="preserve">    Sep 2009 - Aug 2013</w:t>
      </w:r>
    </w:p>
    <w:p>
      <w:pPr>
        <w:pStyle w:val="ListBullet"/>
        <w:spacing w:after="40"/>
      </w:pPr>
      <w:r>
        <w:rPr>
          <w:sz w:val="21"/>
        </w:rPr>
        <w:t>Gained broad site experience across commercial fit-outs, factories and schools during an advanced apprenticeship.</w:t>
      </w:r>
    </w:p>
    <w:p>
      <w:pPr>
        <w:pStyle w:val="ListBullet"/>
        <w:spacing w:after="40"/>
      </w:pPr>
      <w:r>
        <w:rPr>
          <w:sz w:val="21"/>
        </w:rPr>
        <w:t>Assisted with panel building in the workshop, wiring starters, contactors and terminal rails from schematics.</w:t>
      </w:r>
    </w:p>
    <w:p>
      <w:pPr>
        <w:pStyle w:val="ListBullet"/>
        <w:spacing w:after="40"/>
      </w:pPr>
      <w:r>
        <w:rPr>
          <w:sz w:val="21"/>
        </w:rPr>
        <w:t>Received the college's practical skills award in the final year, for accurate conduit work and fault-finding tasks.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Saturday Assistant (part-time)</w:t>
      </w:r>
      <w:r>
        <w:t>, Harlowmere Hardware, Telford</w:t>
      </w:r>
      <w:r>
        <w:rPr>
          <w:color w:val="5B6672"/>
        </w:rPr>
        <w:t xml:space="preserve">    2008 - 2009</w:t>
      </w:r>
    </w:p>
    <w:p>
      <w:pPr>
        <w:pStyle w:val="ListBullet"/>
        <w:spacing w:after="40"/>
      </w:pPr>
      <w:r>
        <w:rPr>
          <w:sz w:val="21"/>
        </w:rPr>
        <w:t>Worked every Saturday stocking shelves and serving customers while finishing GCSEs, never missing a rostered shift.</w:t>
      </w:r>
    </w:p>
    <w:p>
      <w:pPr>
        <w:pStyle w:val="ListBullet"/>
        <w:spacing w:after="40"/>
      </w:pPr>
      <w:r>
        <w:rPr>
          <w:sz w:val="21"/>
        </w:rPr>
        <w:t>Answered customer questions about fuses, plugs and light fittings, which sparked an interest in the trade and an apprenticeship application.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Level 3 NVQ Diploma in Installing Electrotechnical Systems and Equipment (Buildings, Structures and the Environment), C&amp;G 2357-13, 2013</w:t>
      </w:r>
    </w:p>
    <w:p>
      <w:pPr>
        <w:spacing w:after="40" w:before="0"/>
      </w:pPr>
      <w:r>
        <w:rPr>
          <w:b w:val="0"/>
          <w:sz w:val="21"/>
        </w:rPr>
        <w:t>Level 3 Certificate in Electrotechnical Technology, C&amp;G 2330, 2012</w:t>
      </w:r>
    </w:p>
    <w:p>
      <w:pPr>
        <w:spacing w:after="40" w:before="0"/>
      </w:pPr>
      <w:r>
        <w:rPr>
          <w:b w:val="0"/>
          <w:sz w:val="21"/>
        </w:rPr>
        <w:t>7 GCSEs grades A*-C including Maths and English, 2009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ECS gold card: Installation Electrician, JIB Approved Electrician grade</w:t>
      </w:r>
    </w:p>
    <w:p>
      <w:pPr>
        <w:spacing w:after="40" w:before="0"/>
      </w:pPr>
      <w:r>
        <w:rPr>
          <w:b w:val="0"/>
          <w:sz w:val="21"/>
        </w:rPr>
        <w:t>AM2 assessment (passed 2013)</w:t>
      </w:r>
    </w:p>
    <w:p>
      <w:pPr>
        <w:spacing w:after="40" w:before="0"/>
      </w:pPr>
      <w:r>
        <w:rPr>
          <w:b w:val="0"/>
          <w:sz w:val="21"/>
        </w:rPr>
        <w:t>18th Edition BS 7671:2018+A4:2026, C&amp;G 2382-26 (2026)</w:t>
      </w:r>
    </w:p>
    <w:p>
      <w:pPr>
        <w:spacing w:after="40" w:before="0"/>
      </w:pPr>
      <w:r>
        <w:rPr>
          <w:b w:val="0"/>
          <w:sz w:val="21"/>
        </w:rPr>
        <w:t>Initial and Periodic Inspection and Testing, C&amp;G 2391-52 (2018)</w:t>
      </w:r>
    </w:p>
    <w:p>
      <w:pPr>
        <w:spacing w:after="40" w:before="0"/>
      </w:pPr>
      <w:r>
        <w:rPr>
          <w:b w:val="0"/>
          <w:sz w:val="21"/>
        </w:rPr>
        <w:t>CompEx hazardous area competence certificate (2022)</w:t>
      </w:r>
    </w:p>
    <w:p>
      <w:pPr>
        <w:spacing w:after="60" w:before="200"/>
      </w:pPr>
      <w:r>
        <w:rPr>
          <w:b/>
          <w:color w:val="1D7A53"/>
          <w:sz w:val="21"/>
        </w:rPr>
        <w:t>TECHNICAL SYSTEMS</w:t>
      </w:r>
    </w:p>
    <w:p>
      <w:pPr>
        <w:pStyle w:val="ListBullet"/>
        <w:spacing w:after="40"/>
      </w:pPr>
      <w:r>
        <w:rPr>
          <w:sz w:val="21"/>
        </w:rPr>
        <w:t>PLCs: Siemens S7-1200 and S7-1500 (TIA Portal), Allen-Bradley CompactLogix (Studio 5000).</w:t>
      </w:r>
    </w:p>
    <w:p>
      <w:pPr>
        <w:pStyle w:val="ListBullet"/>
        <w:spacing w:after="40"/>
      </w:pPr>
      <w:r>
        <w:rPr>
          <w:sz w:val="21"/>
        </w:rPr>
        <w:t>Drives: ABB, Danfoss and Siemens VSDs and servo drives. CMMS: SAP PM. Test kit: thermal imaging camera, insulation and loop testers.</w:t>
      </w:r>
    </w:p>
    <w:p>
      <w:pPr>
        <w:spacing w:after="60" w:before="200"/>
      </w:pPr>
      <w:r>
        <w:rPr>
          <w:b/>
          <w:color w:val="1D7A53"/>
          <w:sz w:val="21"/>
        </w:rPr>
        <w:t>TRAINING</w:t>
      </w:r>
    </w:p>
    <w:p>
      <w:pPr>
        <w:pStyle w:val="ListBullet"/>
        <w:spacing w:after="40"/>
      </w:pPr>
      <w:r>
        <w:rPr>
          <w:sz w:val="21"/>
        </w:rPr>
        <w:t>Siemens TIA Portal programming course, five days (2022).</w:t>
      </w:r>
    </w:p>
    <w:p>
      <w:pPr>
        <w:pStyle w:val="ListBullet"/>
        <w:spacing w:after="40"/>
      </w:pPr>
      <w:r>
        <w:rPr>
          <w:sz w:val="21"/>
        </w:rPr>
        <w:t>Level 1 Thermography certificate (2019).</w:t>
      </w:r>
    </w:p>
    <w:p>
      <w:pPr>
        <w:pStyle w:val="ListBullet"/>
        <w:spacing w:after="40"/>
      </w:pPr>
      <w:r>
        <w:rPr>
          <w:sz w:val="21"/>
        </w:rPr>
        <w:t>IOSH Working Safely (2021).</w:t>
      </w:r>
    </w:p>
    <w:p>
      <w:pPr>
        <w:spacing w:after="60" w:before="200"/>
      </w:pPr>
      <w:r>
        <w:rPr>
          <w:b/>
          <w:color w:val="1D7A53"/>
          <w:sz w:val="21"/>
        </w:rPr>
        <w:t>LANGUAGES AND ADDITIONAL INFORMATION</w:t>
      </w:r>
    </w:p>
    <w:p>
      <w:pPr>
        <w:pStyle w:val="ListBullet"/>
        <w:spacing w:after="40"/>
      </w:pPr>
      <w:r>
        <w:rPr>
          <w:sz w:val="21"/>
        </w:rPr>
        <w:t>English (fluent) and Polish (native), used to brief Polish-speaking operators on new machine checks.</w:t>
      </w:r>
    </w:p>
    <w:p>
      <w:pPr>
        <w:pStyle w:val="ListBullet"/>
        <w:spacing w:after="40"/>
      </w:pPr>
      <w:r>
        <w:rPr>
          <w:sz w:val="21"/>
        </w:rPr>
        <w:t>Site first aider on nights since 2022. Full UK driving licence.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Electrician CV (Food and Automotive Manufacturing)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