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Kian Lakhani</w:t>
      </w:r>
    </w:p>
    <w:p>
      <w:pPr>
        <w:spacing w:after="40" w:before="0"/>
      </w:pPr>
      <w:r>
        <w:rPr>
          <w:b/>
          <w:color w:val="1D7A53"/>
          <w:sz w:val="23"/>
        </w:rPr>
        <w:t>Apprentice Electrician</w:t>
      </w:r>
    </w:p>
    <w:p>
      <w:pPr>
        <w:spacing w:after="160" w:before="0"/>
      </w:pPr>
      <w:r>
        <w:rPr>
          <w:b w:val="0"/>
          <w:color w:val="5B6672"/>
          <w:sz w:val="19"/>
        </w:rPr>
        <w:t>Derby | kian.lakhani@email.com | 07700 900184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College leaver with a Level 2 qualification in electrical installation and grade 7 GCSE Maths, seeking an Installation and Maintenance Electrician Level 3 apprenticeship in Derby. Spent summer 2026 as an electrician's mate on domestic rewires and works part-time on a wholesaler's trade counter. Punctual and happy with early starts.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Domestic wiring (college workshop) | Safe isolation procedure | Reading circuit diagrams | Conduit and trunking | Hand and power tools | Cable and accessory knowledge | Maths for cable runs | Tidy, safe work areas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Electrician's Mate (summer contract)</w:t>
      </w:r>
      <w:r>
        <w:t>, Orchardine Electrical, Derby</w:t>
      </w:r>
      <w:r>
        <w:rPr>
          <w:color w:val="5B6672"/>
        </w:rPr>
        <w:t xml:space="preserve">    Jul 2026 - Sep 2026</w:t>
      </w:r>
    </w:p>
    <w:p>
      <w:pPr>
        <w:pStyle w:val="ListBullet"/>
        <w:spacing w:after="40"/>
      </w:pPr>
      <w:r>
        <w:rPr>
          <w:sz w:val="21"/>
        </w:rPr>
        <w:t>Supported a qualified electrician on six domestic rewires, lifting floorboards, chasing walls and pulling cables to plan.</w:t>
      </w:r>
    </w:p>
    <w:p>
      <w:pPr>
        <w:pStyle w:val="ListBullet"/>
        <w:spacing w:after="40"/>
      </w:pPr>
      <w:r>
        <w:rPr>
          <w:sz w:val="21"/>
        </w:rPr>
        <w:t>Fitted back boxes, clipped cables and installed trunking on first fix, all checked by the electrician before second fix.</w:t>
      </w:r>
    </w:p>
    <w:p>
      <w:pPr>
        <w:pStyle w:val="ListBullet"/>
        <w:spacing w:after="40"/>
      </w:pPr>
      <w:r>
        <w:rPr>
          <w:sz w:val="21"/>
        </w:rPr>
        <w:t>Carried out safe isolation under close supervision, proving the voltage indicator before and after each test.</w:t>
      </w:r>
    </w:p>
    <w:p>
      <w:pPr>
        <w:pStyle w:val="ListBullet"/>
        <w:spacing w:after="40"/>
      </w:pPr>
      <w:r>
        <w:rPr>
          <w:sz w:val="21"/>
        </w:rPr>
        <w:t>Cleared dust and offcuts every evening, keeping occupied homes safe for families and pets.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Trade Counter Assistant (part-time)</w:t>
      </w:r>
      <w:r>
        <w:t>, Kestwold Electrical Wholesale, Derby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Serve up to 60 trade customers on Saturday mornings, picking cable, consumer units and fixings from order lists.</w:t>
      </w:r>
    </w:p>
    <w:p>
      <w:pPr>
        <w:pStyle w:val="ListBullet"/>
        <w:spacing w:after="40"/>
      </w:pPr>
      <w:r>
        <w:rPr>
          <w:sz w:val="21"/>
        </w:rPr>
        <w:t>Cut and measure cable from drums to order, labelling each length and recording it on the stock system.</w:t>
      </w:r>
    </w:p>
    <w:p>
      <w:pPr>
        <w:pStyle w:val="ListBullet"/>
        <w:spacing w:after="40"/>
      </w:pPr>
      <w:r>
        <w:rPr>
          <w:sz w:val="21"/>
        </w:rPr>
        <w:t>Learned the range by asking electricians what they fit, and now suggest alternatives when a line is out of stock.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College Work Placement</w:t>
      </w:r>
      <w:r>
        <w:t>, Marlcote Building Services, Derby</w:t>
      </w:r>
      <w:r>
        <w:rPr>
          <w:color w:val="5B6672"/>
        </w:rPr>
        <w:t xml:space="preserve">    Apr 2025</w:t>
      </w:r>
    </w:p>
    <w:p>
      <w:pPr>
        <w:pStyle w:val="ListBullet"/>
        <w:spacing w:after="40"/>
      </w:pPr>
      <w:r>
        <w:rPr>
          <w:sz w:val="21"/>
        </w:rPr>
        <w:t>Spent two weeks with a maintenance team replacing fluorescent fittings with LED panels in a school over Easter.</w:t>
      </w:r>
    </w:p>
    <w:p>
      <w:pPr>
        <w:pStyle w:val="ListBullet"/>
        <w:spacing w:after="40"/>
      </w:pPr>
      <w:r>
        <w:rPr>
          <w:sz w:val="21"/>
        </w:rPr>
        <w:t>Updated a distribution board schedule for the supervisor, checking every circuit label against the drawing.</w:t>
      </w:r>
    </w:p>
    <w:p>
      <w:pPr>
        <w:pStyle w:val="ListBullet"/>
        <w:spacing w:after="40"/>
      </w:pPr>
      <w:r>
        <w:rPr>
          <w:sz w:val="21"/>
        </w:rPr>
        <w:t>Completed the site induction and wore the correct PPE, including eye protection and gloves, on every task.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2 Electrical Installation (full-time college course), Derby College, 2026</w:t>
      </w:r>
    </w:p>
    <w:p>
      <w:pPr>
        <w:spacing w:after="40" w:before="0"/>
      </w:pPr>
      <w:r>
        <w:rPr>
          <w:b w:val="0"/>
          <w:sz w:val="21"/>
        </w:rPr>
        <w:t>8 GCSEs grades 9-4 including Maths (7) and English Language (5), 2024</w:t>
      </w:r>
    </w:p>
    <w:p>
      <w:pPr>
        <w:spacing w:after="60" w:before="200"/>
      </w:pPr>
      <w:r>
        <w:rPr>
          <w:b/>
          <w:color w:val="1D7A53"/>
          <w:sz w:val="21"/>
        </w:rPr>
        <w:t>VOLUNTEERING AND TRAINING</w:t>
      </w:r>
    </w:p>
    <w:p>
      <w:pPr>
        <w:pStyle w:val="ListBullet"/>
        <w:spacing w:after="40"/>
      </w:pPr>
      <w:r>
        <w:rPr>
          <w:sz w:val="21"/>
        </w:rPr>
        <w:t>Volunteer at a Derby repair café since 2025, fixing lamps and small appliances with a retired electrician. Emergency First Aid at Work (2025).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 Electrician CV with No Experience (College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