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Amira Haddad</w:t>
      </w:r>
    </w:p>
    <w:p>
      <w:pPr>
        <w:spacing w:after="40" w:before="0"/>
      </w:pPr>
      <w:r>
        <w:rPr>
          <w:b/>
          <w:color w:val="1D7A53"/>
          <w:sz w:val="23"/>
        </w:rPr>
        <w:t>Customer Support Adviser (Remote)</w:t>
      </w:r>
    </w:p>
    <w:p>
      <w:pPr>
        <w:spacing w:after="160" w:before="0"/>
      </w:pPr>
      <w:r>
        <w:rPr>
          <w:b w:val="0"/>
          <w:color w:val="5B6672"/>
          <w:sz w:val="19"/>
        </w:rPr>
        <w:t>Manchester | amira.haddad@email.com | 07700 900936 | linkedin.com/in/amirahaddad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Remote customer support adviser with five years helping online shoppers and parcel customers by live chat, email and social media. Known for a warm, on-brand written tone, fast and fair returns decisions in line with consumer law, and help centre content that stops repeat contacts. Seeking a remote or hybrid senior support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Live chat (three concurrent chats) | Email and ticket management | Zendesk and Freshdesk | Social media customer care | Returns, refunds and claims | Consumer Rights Act 2015 | Help centre writing | Escalation handling | Arabic and English (fluent)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Support Adviser (Remote)</w:t>
      </w:r>
      <w:r>
        <w:t>, Hollin &amp; Wren Home, Manchester (remote)</w:t>
      </w:r>
      <w:r>
        <w:rPr>
          <w:color w:val="5B6672"/>
        </w:rPr>
        <w:t xml:space="preserve">    Feb 2024 - Present</w:t>
      </w:r>
    </w:p>
    <w:p>
      <w:pPr>
        <w:pStyle w:val="ListBullet"/>
        <w:spacing w:after="40"/>
      </w:pPr>
      <w:r>
        <w:rPr>
          <w:sz w:val="21"/>
        </w:rPr>
        <w:t>Resolve up to 90 live chats and emails a day in Zendesk, running three chats at once with a 92% satisfaction score.</w:t>
      </w:r>
    </w:p>
    <w:p>
      <w:pPr>
        <w:pStyle w:val="ListBullet"/>
        <w:spacing w:after="40"/>
      </w:pPr>
      <w:r>
        <w:rPr>
          <w:sz w:val="21"/>
        </w:rPr>
        <w:t>Process returns, refunds and damage claims under the Consumer Rights Act 2015 and the 14-day online cancellation right.</w:t>
      </w:r>
    </w:p>
    <w:p>
      <w:pPr>
        <w:pStyle w:val="ListBullet"/>
        <w:spacing w:after="40"/>
      </w:pPr>
      <w:r>
        <w:rPr>
          <w:sz w:val="21"/>
        </w:rPr>
        <w:t>Wrote 18 help centre articles on delivery, returns and product care, cutting 'where is my order?' contacts by 15% in six months.</w:t>
      </w:r>
    </w:p>
    <w:p>
      <w:pPr>
        <w:pStyle w:val="ListBullet"/>
        <w:spacing w:after="40"/>
      </w:pPr>
      <w:r>
        <w:rPr>
          <w:sz w:val="21"/>
        </w:rPr>
        <w:t>Reply to Instagram and Facebook messages within the brand's two-hour target, moving complaints to private messages before they escalate.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Service Adviser</w:t>
      </w:r>
      <w:r>
        <w:t>, Irkdale Parcels, Manchester</w:t>
      </w:r>
      <w:r>
        <w:rPr>
          <w:color w:val="5B6672"/>
        </w:rPr>
        <w:t xml:space="preserve">    Aug 2021 - Jan 2024</w:t>
      </w:r>
    </w:p>
    <w:p>
      <w:pPr>
        <w:pStyle w:val="ListBullet"/>
        <w:spacing w:after="40"/>
      </w:pPr>
      <w:r>
        <w:rPr>
          <w:sz w:val="21"/>
        </w:rPr>
        <w:t>Tracked lost and delayed parcels through depot scans and arranged redeliveries for senders and recipients by phone, email and webchat.</w:t>
      </w:r>
    </w:p>
    <w:p>
      <w:pPr>
        <w:pStyle w:val="ListBullet"/>
        <w:spacing w:after="40"/>
      </w:pPr>
      <w:r>
        <w:rPr>
          <w:sz w:val="21"/>
        </w:rPr>
        <w:t>Assessed compensation claims for lost and damaged parcels, checking proof of value and photos before approving payouts within my limit.</w:t>
      </w:r>
    </w:p>
    <w:p>
      <w:pPr>
        <w:pStyle w:val="ListBullet"/>
        <w:spacing w:after="40"/>
      </w:pPr>
      <w:r>
        <w:rPr>
          <w:sz w:val="21"/>
        </w:rPr>
        <w:t>Helped launch evening webchat, training five colleagues on chat etiquette and saved replies; chat soon handled a third of contacts.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Ambassador</w:t>
      </w:r>
      <w:r>
        <w:t>, University of Salford, Salford</w:t>
      </w:r>
      <w:r>
        <w:rPr>
          <w:color w:val="5B6672"/>
        </w:rPr>
        <w:t xml:space="preserve">    Oct 2018 - Jun 2021</w:t>
      </w:r>
    </w:p>
    <w:p>
      <w:pPr>
        <w:pStyle w:val="ListBullet"/>
        <w:spacing w:after="40"/>
      </w:pPr>
      <w:r>
        <w:rPr>
          <w:sz w:val="21"/>
        </w:rPr>
        <w:t>Answered applicants' questions on the Clearing phone lines and live chat, passing qualifying applicants to admissions tutors.</w:t>
      </w:r>
    </w:p>
    <w:p>
      <w:pPr>
        <w:pStyle w:val="ListBullet"/>
        <w:spacing w:after="40"/>
      </w:pPr>
      <w:r>
        <w:rPr>
          <w:sz w:val="21"/>
        </w:rPr>
        <w:t>Led campus tours for groups of up to 20 on open days, answering questions on courses, accommodation and student finance.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English Language, University of Salford, 2:1, 2021</w:t>
      </w:r>
    </w:p>
    <w:p>
      <w:pPr>
        <w:spacing w:after="40" w:before="0"/>
      </w:pPr>
      <w:r>
        <w:rPr>
          <w:b w:val="0"/>
          <w:sz w:val="21"/>
        </w:rPr>
        <w:t>A-levels: English Language (A), Sociology (B), French (C), 2018</w:t>
      </w:r>
    </w:p>
    <w:p>
      <w:pPr>
        <w:spacing w:after="60" w:before="200"/>
      </w:pPr>
      <w:r>
        <w:rPr>
          <w:b/>
          <w:color w:val="1D7A53"/>
          <w:sz w:val="21"/>
        </w:rPr>
        <w:t>HOME WORKING</w:t>
      </w:r>
    </w:p>
    <w:p>
      <w:pPr>
        <w:pStyle w:val="ListBullet"/>
        <w:spacing w:after="40"/>
      </w:pPr>
      <w:r>
        <w:rPr>
          <w:sz w:val="21"/>
        </w:rPr>
        <w:t>Dedicated quiet home office, wired fibre broadband and a noise-cancelling USB headset; confident on Slack, Microsoft Teams and Google Workspace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Live Chat and Email Customer Service Adviser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