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Chloe Adebayo</w:t>
      </w:r>
    </w:p>
    <w:p>
      <w:pPr>
        <w:spacing w:after="40" w:before="0"/>
      </w:pPr>
      <w:r>
        <w:rPr>
          <w:b/>
          <w:color w:val="1D7A53"/>
          <w:sz w:val="23"/>
        </w:rPr>
        <w:t>Customer Service Adviser</w:t>
      </w:r>
    </w:p>
    <w:p>
      <w:pPr>
        <w:spacing w:after="160" w:before="0"/>
      </w:pPr>
      <w:r>
        <w:rPr>
          <w:b w:val="0"/>
          <w:color w:val="5B6672"/>
          <w:sz w:val="19"/>
        </w:rPr>
        <w:t>Sunderland | chloe.adebayo@email.com | 07700 900472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Friendly, organised college leaver with a year of part-time front of house work at a busy cinema, serving customers at the box office, kiosk and screen doors. Completed a BTEC in Business and a work placement in a housing association's contact centre. Seeking a first full-time customer service adviser role, with full availability for evening and weekend shifts.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Customer service | Phone manner and active listening | Complaint handling | Cash and card payments | Online booking systems | Typing (45 words a minute) | Microsoft Word, Excel and Outlook | Data protection awareness | Yoruba (conversational)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Front of House Team Member</w:t>
      </w:r>
      <w:r>
        <w:t>, Wearglen Cinema, Sunderland</w:t>
      </w:r>
      <w:r>
        <w:rPr>
          <w:color w:val="5B6672"/>
        </w:rPr>
        <w:t xml:space="preserve">    Sep 2025 - Present</w:t>
      </w:r>
    </w:p>
    <w:p>
      <w:pPr>
        <w:pStyle w:val="ListBullet"/>
        <w:spacing w:after="40"/>
      </w:pPr>
      <w:r>
        <w:rPr>
          <w:sz w:val="21"/>
        </w:rPr>
        <w:t>Serve up to 200 customers a shift on the box office and kiosk tills, keeping Saturday queues under ten minutes.</w:t>
      </w:r>
    </w:p>
    <w:p>
      <w:pPr>
        <w:pStyle w:val="ListBullet"/>
        <w:spacing w:after="40"/>
      </w:pPr>
      <w:r>
        <w:rPr>
          <w:sz w:val="21"/>
        </w:rPr>
        <w:t>Answer questions about bookings, refunds and accessible screenings in person and by phone, checking details on the booking system.</w:t>
      </w:r>
    </w:p>
    <w:p>
      <w:pPr>
        <w:pStyle w:val="ListBullet"/>
        <w:spacing w:after="40"/>
      </w:pPr>
      <w:r>
        <w:rPr>
          <w:sz w:val="21"/>
        </w:rPr>
        <w:t>Calmly handle complaints about sold-out shows and booking errors by offering other screenings, passing only out-of-policy refunds to managers.</w:t>
      </w:r>
    </w:p>
    <w:p>
      <w:pPr>
        <w:pStyle w:val="ListBullet"/>
        <w:spacing w:after="40"/>
      </w:pPr>
      <w:r>
        <w:rPr>
          <w:sz w:val="21"/>
        </w:rPr>
        <w:t>Ask for ID on 15 and 18 rated films and refuse entry politely when needed, following the cinema's age policy every shift.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Work Experience, Customer Contact Team</w:t>
      </w:r>
      <w:r>
        <w:t>, Copperbeck Housing Association, Sunderland</w:t>
      </w:r>
      <w:r>
        <w:rPr>
          <w:color w:val="5B6672"/>
        </w:rPr>
        <w:t xml:space="preserve">    Feb 2025</w:t>
      </w:r>
    </w:p>
    <w:p>
      <w:pPr>
        <w:pStyle w:val="ListBullet"/>
        <w:spacing w:after="40"/>
      </w:pPr>
      <w:r>
        <w:rPr>
          <w:sz w:val="21"/>
        </w:rPr>
        <w:t>Shadowed contact centre advisers for a week, listening in on repairs, rent and neighbour complaint calls through a second headset.</w:t>
      </w:r>
    </w:p>
    <w:p>
      <w:pPr>
        <w:pStyle w:val="ListBullet"/>
        <w:spacing w:after="40"/>
      </w:pPr>
      <w:r>
        <w:rPr>
          <w:sz w:val="21"/>
        </w:rPr>
        <w:t>Helped an adviser log repair requests on the housing management system, checking tenant details and urgency before the adviser submitted each one.</w:t>
      </w:r>
    </w:p>
    <w:p>
      <w:pPr>
        <w:pStyle w:val="ListBullet"/>
        <w:spacing w:after="40"/>
      </w:pPr>
      <w:r>
        <w:rPr>
          <w:sz w:val="21"/>
        </w:rPr>
        <w:t>Learned how advisers complete data protection security checks and flag tenants who may need extra support.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Volunteer, Welcome Desk</w:t>
      </w:r>
      <w:r>
        <w:t>, Barnesmoor Community Food Bank, Sunderland</w:t>
      </w:r>
      <w:r>
        <w:rPr>
          <w:color w:val="5B6672"/>
        </w:rPr>
        <w:t xml:space="preserve">    Sep 2024 - Aug 2025</w:t>
      </w:r>
    </w:p>
    <w:p>
      <w:pPr>
        <w:pStyle w:val="ListBullet"/>
        <w:spacing w:after="40"/>
      </w:pPr>
      <w:r>
        <w:rPr>
          <w:sz w:val="21"/>
        </w:rPr>
        <w:t>Welcomed up to 40 visitors each Saturday, checking referral vouchers and explaining how the food bank works with discretion.</w:t>
      </w:r>
    </w:p>
    <w:p>
      <w:pPr>
        <w:pStyle w:val="ListBullet"/>
        <w:spacing w:after="40"/>
      </w:pPr>
      <w:r>
        <w:rPr>
          <w:sz w:val="21"/>
        </w:rPr>
        <w:t>Signposted visitors to local advice services for energy bills and debt, using the food bank's printed directory.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BTEC Level 3 National Extended Diploma in Business (DDM), 2026</w:t>
      </w:r>
    </w:p>
    <w:p>
      <w:pPr>
        <w:spacing w:after="40" w:before="0"/>
      </w:pPr>
      <w:r>
        <w:rPr>
          <w:b w:val="0"/>
          <w:sz w:val="21"/>
        </w:rPr>
        <w:t>8 GCSEs grades 9-4 including English Language (6) and Maths (5), 2024</w:t>
      </w:r>
    </w:p>
    <w:p>
      <w:pPr>
        <w:spacing w:after="60" w:before="200"/>
      </w:pPr>
      <w:r>
        <w:rPr>
          <w:b/>
          <w:color w:val="1D7A53"/>
          <w:sz w:val="21"/>
        </w:rPr>
        <w:t>ACHIEVEMENTS</w:t>
      </w:r>
    </w:p>
    <w:p>
      <w:pPr>
        <w:pStyle w:val="ListBullet"/>
        <w:spacing w:after="40"/>
      </w:pPr>
      <w:r>
        <w:rPr>
          <w:sz w:val="21"/>
        </w:rPr>
        <w:t>Course representative for BTEC Business (2025 - 2026), presenting classmates' feedback at termly course meetings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Service CV with No Experience (College Leaver)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