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Megan Pritchard</w:t>
      </w:r>
    </w:p>
    <w:p>
      <w:pPr>
        <w:spacing w:after="40" w:before="0"/>
      </w:pPr>
      <w:r>
        <w:rPr>
          <w:b/>
          <w:color w:val="1D7A53"/>
          <w:sz w:val="23"/>
        </w:rPr>
        <w:t>Chef de Partie</w:t>
      </w:r>
    </w:p>
    <w:p>
      <w:pPr>
        <w:spacing w:after="160" w:before="0"/>
      </w:pPr>
      <w:r>
        <w:rPr>
          <w:b w:val="0"/>
          <w:color w:val="5B6672"/>
          <w:sz w:val="19"/>
        </w:rPr>
        <w:t>Cardiff | megan.pritchard@email.com | 07700 900652 | linkedin.com/in/meganpritchard</w:t>
      </w:r>
    </w:p>
    <w:p>
      <w:pPr>
        <w:spacing w:after="60" w:before="200"/>
      </w:pPr>
      <w:r>
        <w:rPr>
          <w:b/>
          <w:color w:val="1D7A53"/>
          <w:sz w:val="21"/>
        </w:rPr>
        <w:t>PERSONAL PROFILE</w:t>
      </w:r>
    </w:p>
    <w:p>
      <w:pPr>
        <w:spacing w:after="80" w:before="0"/>
      </w:pPr>
      <w:r>
        <w:rPr>
          <w:b w:val="0"/>
          <w:sz w:val="21"/>
        </w:rPr>
        <w:t>Chef de partie with eight years in Welsh hotel and restaurant kitchens, now running the fish and sauce section of a fine dining hotel restaurant of up to 110 covers. Cooks to exact plate specs under pressure, trains commis chefs and keeps section records ready for inspection. Fluent in Welsh and English and ready for a junior sous chef role.</w:t>
      </w:r>
    </w:p>
    <w:p>
      <w:pPr>
        <w:spacing w:after="60" w:before="200"/>
      </w:pPr>
      <w:r>
        <w:rPr>
          <w:b/>
          <w:color w:val="1D7A53"/>
          <w:sz w:val="21"/>
        </w:rPr>
        <w:t>KEY SKILLS</w:t>
      </w:r>
    </w:p>
    <w:p>
      <w:pPr>
        <w:spacing w:after="80" w:before="0"/>
      </w:pPr>
      <w:r>
        <w:rPr>
          <w:b w:val="0"/>
          <w:sz w:val="21"/>
        </w:rPr>
        <w:t>Fish butchery and filleting | Classical and modern sauces | Running a section on service | Plating to dish specs | Tasting menu and à la carte | Mise en place planning | Allergen and dietary requests | HACCP and temperature records | Training commis chefs | Section ordering and waste control</w:t>
      </w:r>
    </w:p>
    <w:p>
      <w:pPr>
        <w:spacing w:after="60" w:before="200"/>
      </w:pPr>
      <w:r>
        <w:rPr>
          <w:b/>
          <w:color w:val="1D7A53"/>
          <w:sz w:val="21"/>
        </w:rPr>
        <w:t>EMPLOYMENT HISTORY</w:t>
      </w:r>
    </w:p>
    <w:p>
      <w:pPr>
        <w:spacing w:after="20" w:before="0"/>
      </w:pPr>
      <w:r>
        <w:rPr>
          <w:b w:val="0"/>
          <w:sz w:val="21"/>
        </w:rPr>
      </w:r>
      <w:r>
        <w:rPr>
          <w:b/>
        </w:rPr>
        <w:t>Chef de Partie (Fish and Sauce)</w:t>
      </w:r>
      <w:r>
        <w:t>, Plas Eirlys Hotel, Cardiff</w:t>
      </w:r>
      <w:r>
        <w:rPr>
          <w:color w:val="5B6672"/>
        </w:rPr>
        <w:t xml:space="preserve">    Mar 2023 - Present</w:t>
      </w:r>
    </w:p>
    <w:p>
      <w:pPr>
        <w:pStyle w:val="ListBullet"/>
        <w:spacing w:after="40"/>
      </w:pPr>
      <w:r>
        <w:rPr>
          <w:sz w:val="21"/>
        </w:rPr>
        <w:t>Run the fish and sauce section for a seven-course tasting menu and an à la carte menu that changes with the seasons.</w:t>
      </w:r>
    </w:p>
    <w:p>
      <w:pPr>
        <w:pStyle w:val="ListBullet"/>
        <w:spacing w:after="40"/>
      </w:pPr>
      <w:r>
        <w:rPr>
          <w:sz w:val="21"/>
        </w:rPr>
        <w:t>Fillet around 40kg of whole fish a week, using bones and trim for stocks and staff meals to cut fish waste by 15%.</w:t>
      </w:r>
    </w:p>
    <w:p>
      <w:pPr>
        <w:pStyle w:val="ListBullet"/>
        <w:spacing w:after="40"/>
      </w:pPr>
      <w:r>
        <w:rPr>
          <w:sz w:val="21"/>
        </w:rPr>
        <w:t>Part of the brigade that retained the restaurant's two AA Rosettes in 2025, the year after a full menu change.</w:t>
      </w:r>
    </w:p>
    <w:p>
      <w:pPr>
        <w:pStyle w:val="ListBullet"/>
        <w:spacing w:after="40"/>
      </w:pPr>
      <w:r>
        <w:rPr>
          <w:sz w:val="21"/>
        </w:rPr>
        <w:t>Train two commis chefs a year on the section, using written specs and dish photos so standards hold when the section changes hands.</w:t>
      </w:r>
    </w:p>
    <w:p>
      <w:pPr>
        <w:spacing w:after="20" w:before="0"/>
      </w:pPr>
      <w:r>
        <w:rPr>
          <w:b w:val="0"/>
          <w:sz w:val="21"/>
        </w:rPr>
      </w:r>
      <w:r>
        <w:rPr>
          <w:b/>
        </w:rPr>
        <w:t>Demi Chef de Partie</w:t>
      </w:r>
      <w:r>
        <w:t>, Copperline Brasserie, Cardiff</w:t>
      </w:r>
      <w:r>
        <w:rPr>
          <w:color w:val="5B6672"/>
        </w:rPr>
        <w:t xml:space="preserve">    2020 - 2023</w:t>
      </w:r>
    </w:p>
    <w:p>
      <w:pPr>
        <w:pStyle w:val="ListBullet"/>
        <w:spacing w:after="40"/>
      </w:pPr>
      <w:r>
        <w:rPr>
          <w:sz w:val="21"/>
        </w:rPr>
        <w:t>Rotated through grill, larder and pastry in a 180-cover city-centre brasserie, covering any section at short notice.</w:t>
      </w:r>
    </w:p>
    <w:p>
      <w:pPr>
        <w:pStyle w:val="ListBullet"/>
        <w:spacing w:after="40"/>
      </w:pPr>
      <w:r>
        <w:rPr>
          <w:sz w:val="21"/>
        </w:rPr>
        <w:t>Cooked steaks and grill dishes to temperature on 300-cover Friday and Saturday services, keeping ticket times under 12 minutes.</w:t>
      </w:r>
    </w:p>
    <w:p>
      <w:pPr>
        <w:pStyle w:val="ListBullet"/>
        <w:spacing w:after="40"/>
      </w:pPr>
      <w:r>
        <w:rPr>
          <w:sz w:val="21"/>
        </w:rPr>
        <w:t>Reworked the larder prep list around par levels, cutting end-of-night waste of dressed salads and cold starters by about a third.</w:t>
      </w:r>
    </w:p>
    <w:p>
      <w:pPr>
        <w:spacing w:after="20" w:before="0"/>
      </w:pPr>
      <w:r>
        <w:rPr>
          <w:b w:val="0"/>
          <w:sz w:val="21"/>
        </w:rPr>
      </w:r>
      <w:r>
        <w:rPr>
          <w:b/>
        </w:rPr>
        <w:t>Commis Chef</w:t>
      </w:r>
      <w:r>
        <w:t>, Saltmarsh Kitchen, Penarth</w:t>
      </w:r>
      <w:r>
        <w:rPr>
          <w:color w:val="5B6672"/>
        </w:rPr>
        <w:t xml:space="preserve">    2018 - 2020</w:t>
      </w:r>
    </w:p>
    <w:p>
      <w:pPr>
        <w:pStyle w:val="ListBullet"/>
        <w:spacing w:after="40"/>
      </w:pPr>
      <w:r>
        <w:rPr>
          <w:sz w:val="21"/>
        </w:rPr>
        <w:t>Prepared vegetables, stocks and garnishes for a 70-cover seafood restaurant, moving onto the starter section within six months.</w:t>
      </w:r>
    </w:p>
    <w:p>
      <w:pPr>
        <w:pStyle w:val="ListBullet"/>
        <w:spacing w:after="40"/>
      </w:pPr>
      <w:r>
        <w:rPr>
          <w:sz w:val="21"/>
        </w:rPr>
        <w:t>Learned to break down whole fish and shellfish under the head chef, the grounding for running a fish section later.</w:t>
      </w:r>
    </w:p>
    <w:p>
      <w:pPr>
        <w:pStyle w:val="ListBullet"/>
        <w:spacing w:after="40"/>
      </w:pPr>
      <w:r>
        <w:rPr>
          <w:sz w:val="21"/>
        </w:rPr>
        <w:t>Kept daily delivery, cooling and fridge records, helping the restaurant hold its food hygiene rating of 5 at the 2019 inspection.</w:t>
      </w:r>
    </w:p>
    <w:p>
      <w:pPr>
        <w:spacing w:after="60" w:before="200"/>
      </w:pPr>
      <w:r>
        <w:rPr>
          <w:b/>
          <w:color w:val="1D7A53"/>
          <w:sz w:val="21"/>
        </w:rPr>
        <w:t>EDUCATION AND QUALIFICATIONS</w:t>
      </w:r>
    </w:p>
    <w:p>
      <w:pPr>
        <w:spacing w:after="40" w:before="0"/>
      </w:pPr>
      <w:r>
        <w:rPr>
          <w:b w:val="0"/>
          <w:sz w:val="21"/>
        </w:rPr>
        <w:t>Level 3 Diploma in Advanced Professional Cookery, Cardiff and Vale College, 2018</w:t>
      </w:r>
    </w:p>
    <w:p>
      <w:pPr>
        <w:spacing w:after="40" w:before="0"/>
      </w:pPr>
      <w:r>
        <w:rPr>
          <w:b w:val="0"/>
          <w:sz w:val="21"/>
        </w:rPr>
        <w:t>Level 2 Diploma in Professional Cookery, Cardiff and Vale College, 2017</w:t>
      </w:r>
    </w:p>
    <w:p>
      <w:pPr>
        <w:spacing w:after="40" w:before="0"/>
      </w:pPr>
      <w:r>
        <w:rPr>
          <w:b w:val="0"/>
          <w:sz w:val="21"/>
        </w:rPr>
        <w:t>8 GCSEs grades A*-C including English Language, Welsh and Maths, 2016</w:t>
      </w:r>
    </w:p>
    <w:p>
      <w:pPr>
        <w:spacing w:after="60" w:before="200"/>
      </w:pPr>
      <w:r>
        <w:rPr>
          <w:b/>
          <w:color w:val="1D7A53"/>
          <w:sz w:val="21"/>
        </w:rPr>
        <w:t>TRAINING AND CERTIFICATES</w:t>
      </w:r>
    </w:p>
    <w:p>
      <w:pPr>
        <w:spacing w:after="40" w:before="0"/>
      </w:pPr>
      <w:r>
        <w:rPr>
          <w:b w:val="0"/>
          <w:sz w:val="21"/>
        </w:rPr>
        <w:t>Level 3 Award in Supervising Food Safety in Catering (2024)</w:t>
      </w:r>
    </w:p>
    <w:p>
      <w:pPr>
        <w:spacing w:after="40" w:before="0"/>
      </w:pPr>
      <w:r>
        <w:rPr>
          <w:b w:val="0"/>
          <w:sz w:val="21"/>
        </w:rPr>
        <w:t>Level 2 Award in Food Allergen Awareness and Control in Catering (2023)</w:t>
      </w:r>
    </w:p>
    <w:p>
      <w:pPr>
        <w:spacing w:after="60" w:before="200"/>
      </w:pPr>
      <w:r>
        <w:rPr>
          <w:b/>
          <w:color w:val="1D7A53"/>
          <w:sz w:val="21"/>
        </w:rPr>
        <w:t>LANGUAGES</w:t>
      </w:r>
    </w:p>
    <w:p>
      <w:pPr>
        <w:pStyle w:val="ListBullet"/>
        <w:spacing w:after="40"/>
      </w:pPr>
      <w:r>
        <w:rPr>
          <w:sz w:val="21"/>
        </w:rPr>
        <w:t>Welsh and English (fluent), used every day with guests and the kitchen team.</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de Partie CV (Hotel Restaurant)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