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Zara Iqbal</w:t>
      </w:r>
    </w:p>
    <w:p>
      <w:pPr>
        <w:spacing w:after="40" w:before="0"/>
      </w:pPr>
      <w:r>
        <w:rPr>
          <w:b/>
          <w:color w:val="1D7A53"/>
          <w:sz w:val="23"/>
        </w:rPr>
        <w:t>Bar Staff</w:t>
      </w:r>
    </w:p>
    <w:p>
      <w:pPr>
        <w:spacing w:after="160" w:before="0"/>
      </w:pPr>
      <w:r>
        <w:rPr>
          <w:b w:val="0"/>
          <w:color w:val="5B6672"/>
          <w:sz w:val="19"/>
        </w:rPr>
        <w:t>Exeter | zara.iqbal@email.com | 07700 900314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Second-year Business and Management student with two years of weekend café work, taking orders, making coffee and handling cash and card payments at a busy counter. Calm in a queue, quick to learn a menu and used to closing down to a checklist. Seeking evening and weekend bar shifts that fit around university study.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Customer service | Cash and card payments | Order taking and memory | EPOS tills and card machines | Close-down checklists | Allergen awareness | Event stewarding | Teamwork on busy shifts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Social Secretary</w:t>
      </w:r>
      <w:r>
        <w:t>, Netball club (student society), Exeter</w:t>
      </w:r>
      <w:r>
        <w:rPr>
          <w:color w:val="5B6672"/>
        </w:rPr>
        <w:t xml:space="preserve">    Jun 2026 - Present</w:t>
      </w:r>
    </w:p>
    <w:p>
      <w:pPr>
        <w:pStyle w:val="ListBullet"/>
        <w:spacing w:after="40"/>
      </w:pPr>
      <w:r>
        <w:rPr>
          <w:sz w:val="21"/>
        </w:rPr>
        <w:t>Plan termly socials for a 60-member club, booking venues and confirming numbers with bar teams.</w:t>
      </w:r>
    </w:p>
    <w:p>
      <w:pPr>
        <w:pStyle w:val="ListBullet"/>
        <w:spacing w:after="40"/>
      </w:pPr>
      <w:r>
        <w:rPr>
          <w:sz w:val="21"/>
        </w:rPr>
        <w:t>Agreed a set food deal with a city-centre pub for a 45-person social, within the society budget.</w:t>
      </w:r>
    </w:p>
    <w:p>
      <w:pPr>
        <w:pStyle w:val="ListBullet"/>
        <w:spacing w:after="40"/>
      </w:pPr>
      <w:r>
        <w:rPr>
          <w:sz w:val="21"/>
        </w:rPr>
        <w:t>Planned an alcohol-free welcome social for freshers' week that sold out all 40 places.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Volunteer Events Steward</w:t>
      </w:r>
      <w:r>
        <w:t>, Students' union, Exeter</w:t>
      </w:r>
      <w:r>
        <w:rPr>
          <w:color w:val="5B6672"/>
        </w:rPr>
        <w:t xml:space="preserve">    Oct 2025 - Present</w:t>
      </w:r>
    </w:p>
    <w:p>
      <w:pPr>
        <w:pStyle w:val="ListBullet"/>
        <w:spacing w:after="40"/>
      </w:pPr>
      <w:r>
        <w:rPr>
          <w:sz w:val="21"/>
        </w:rPr>
        <w:t>Steward queues and the cloakroom at club nights of up to 800, checking tickets and wristbands.</w:t>
      </w:r>
    </w:p>
    <w:p>
      <w:pPr>
        <w:pStyle w:val="ListBullet"/>
        <w:spacing w:after="40"/>
      </w:pPr>
      <w:r>
        <w:rPr>
          <w:sz w:val="21"/>
        </w:rPr>
        <w:t>Top up water stations and walk unwell students to the welfare team, following safeguarding steps.</w:t>
      </w:r>
    </w:p>
    <w:p>
      <w:pPr>
        <w:pStyle w:val="ListBullet"/>
        <w:spacing w:after="40"/>
      </w:pPr>
      <w:r>
        <w:rPr>
          <w:sz w:val="21"/>
        </w:rPr>
        <w:t>Collected glasses and restocked bottle fridges in freshers' week, learning the glasswasher routine.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Café Assistant (weekends and holidays)</w:t>
      </w:r>
      <w:r>
        <w:t>, Larkspur Coffee Co, Reading</w:t>
      </w:r>
      <w:r>
        <w:rPr>
          <w:color w:val="5B6672"/>
        </w:rPr>
        <w:t xml:space="preserve">    Jun 2023 - Aug 2025</w:t>
      </w:r>
    </w:p>
    <w:p>
      <w:pPr>
        <w:pStyle w:val="ListBullet"/>
        <w:spacing w:after="40"/>
      </w:pPr>
      <w:r>
        <w:rPr>
          <w:sz w:val="21"/>
        </w:rPr>
        <w:t>Served up to 150 customers on a Saturday, taking orders at the till and making espresso drinks to recipe.</w:t>
      </w:r>
    </w:p>
    <w:p>
      <w:pPr>
        <w:pStyle w:val="ListBullet"/>
        <w:spacing w:after="40"/>
      </w:pPr>
      <w:r>
        <w:rPr>
          <w:sz w:val="21"/>
        </w:rPr>
        <w:t>Cashed up at close and balanced takings to the EPOS report, with no unexplained shortfalls.</w:t>
      </w:r>
    </w:p>
    <w:p>
      <w:pPr>
        <w:pStyle w:val="ListBullet"/>
        <w:spacing w:after="40"/>
      </w:pPr>
      <w:r>
        <w:rPr>
          <w:sz w:val="21"/>
        </w:rPr>
        <w:t>Answered allergen questions from the ingredient folder for the 14 major allergens.</w:t>
      </w:r>
    </w:p>
    <w:p>
      <w:pPr>
        <w:pStyle w:val="ListBullet"/>
        <w:spacing w:after="40"/>
      </w:pPr>
      <w:r>
        <w:rPr>
          <w:sz w:val="21"/>
        </w:rPr>
        <w:t>Restocked the drinks fridge and milk station between rushes, rotating stock by use-by date.</w:t>
      </w:r>
    </w:p>
    <w:p>
      <w:pPr>
        <w:pStyle w:val="ListBullet"/>
        <w:spacing w:after="40"/>
      </w:pPr>
      <w:r>
        <w:rPr>
          <w:sz w:val="21"/>
        </w:rPr>
        <w:t>Trained three new Saturday starters on the coffee machine, card terminal and closing checklist.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BSc (Hons) Business and Management, University of Exeter (2025 - 2028)</w:t>
      </w:r>
    </w:p>
    <w:p>
      <w:pPr>
        <w:spacing w:after="40" w:before="0"/>
      </w:pPr>
      <w:r>
        <w:rPr>
          <w:b w:val="0"/>
          <w:sz w:val="21"/>
        </w:rPr>
        <w:t>A-levels (2025): Business (A), Economics (A), Sociology (B)</w:t>
      </w:r>
    </w:p>
    <w:p>
      <w:pPr>
        <w:spacing w:after="40" w:before="0"/>
      </w:pPr>
      <w:r>
        <w:rPr>
          <w:b w:val="0"/>
          <w:sz w:val="21"/>
        </w:rPr>
        <w:t>9 GCSEs grades 9-4 including English (7) and Maths (6), 2023</w:t>
      </w:r>
    </w:p>
    <w:p>
      <w:pPr>
        <w:spacing w:after="40" w:before="0"/>
      </w:pPr>
      <w:r>
        <w:rPr>
          <w:b w:val="0"/>
          <w:sz w:val="21"/>
        </w:rPr>
        <w:t>Level 2 Food Hygiene and Safety for Catering (online course), 2024</w:t>
      </w:r>
    </w:p>
    <w:p>
      <w:pPr>
        <w:spacing w:after="60" w:before="200"/>
      </w:pPr>
      <w:r>
        <w:rPr>
          <w:b/>
          <w:color w:val="1D7A53"/>
          <w:sz w:val="21"/>
        </w:rPr>
        <w:t>AVAILABILITY</w:t>
      </w:r>
    </w:p>
    <w:p>
      <w:pPr>
        <w:pStyle w:val="ListBullet"/>
        <w:spacing w:after="40"/>
      </w:pPr>
      <w:r>
        <w:rPr>
          <w:sz w:val="21"/>
        </w:rPr>
        <w:t>Term time: weekday evenings from 5pm and all day at weekends, including late finishes</w:t>
      </w:r>
    </w:p>
    <w:p>
      <w:pPr>
        <w:pStyle w:val="ListBullet"/>
        <w:spacing w:after="40"/>
      </w:pPr>
      <w:r>
        <w:rPr>
          <w:sz w:val="21"/>
        </w:rPr>
        <w:t>University holidays: full-time, including bank holidays</w:t>
      </w:r>
    </w:p>
    <w:p>
      <w:pPr>
        <w:spacing w:after="60" w:before="200"/>
      </w:pPr>
      <w:r>
        <w:rPr>
          <w:b/>
          <w:color w:val="1D7A53"/>
          <w:sz w:val="21"/>
        </w:rPr>
        <w:t>ACHIEVEMENTS</w:t>
      </w:r>
    </w:p>
    <w:p>
      <w:pPr>
        <w:pStyle w:val="ListBullet"/>
        <w:spacing w:after="40"/>
      </w:pPr>
      <w:r>
        <w:rPr>
          <w:sz w:val="21"/>
        </w:rPr>
        <w:t>Students' union Volunteer of the Month (March 2026) for stewarding a 600-guest charity ball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 Staff CV with No Bar Experience (Student)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