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Gethin Rowlands</w:t>
      </w:r>
    </w:p>
    <w:p>
      <w:pPr>
        <w:spacing w:after="40" w:before="0"/>
      </w:pPr>
      <w:r>
        <w:rPr>
          <w:b/>
          <w:color w:val="1D7A53"/>
          <w:sz w:val="23"/>
        </w:rPr>
        <w:t>Bartender and Cellar Lead</w:t>
      </w:r>
    </w:p>
    <w:p>
      <w:pPr>
        <w:spacing w:after="160" w:before="0"/>
      </w:pPr>
      <w:r>
        <w:rPr>
          <w:b w:val="0"/>
          <w:color w:val="5B6672"/>
          <w:sz w:val="19"/>
        </w:rPr>
        <w:t>Cardiff | gethin.rowlands@email.com | 07700 900652 | linkedin.com/in/gethinrowlands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Pub bartender with nearly five years in busy Cardiff bars, now running the cellar day to day at a city-centre ale house. Pours fast and accurately at peak times, keeps cask ale in top condition and handles Challenge 25 refusals with tact. Fluent Welsh speaker seeking a head bartender or bar supervisor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Cask ale conditioning and venting | Keg and gas cylinder changes | Beer line cleaning | Pouring cask, keg and stout | Challenge 25 and refusals log | EPOS tills and card tabs | Ullage and wastage records | Function and event bars | Welsh and English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Bartender and Cellar Lead</w:t>
      </w:r>
      <w:r>
        <w:t>, The Kestrel &amp; Keg, Cardiff</w:t>
      </w:r>
      <w:r>
        <w:rPr>
          <w:color w:val="5B6672"/>
        </w:rPr>
        <w:t xml:space="preserve">    Mar 2024 - Present</w:t>
      </w:r>
    </w:p>
    <w:p>
      <w:pPr>
        <w:pStyle w:val="ListBullet"/>
        <w:spacing w:after="40"/>
      </w:pPr>
      <w:r>
        <w:rPr>
          <w:sz w:val="21"/>
        </w:rPr>
        <w:t>Run the cellar for six cask ales and twelve keg lines, venting, tapping and stillaging casks and holding them at 11-13°C.</w:t>
      </w:r>
    </w:p>
    <w:p>
      <w:pPr>
        <w:pStyle w:val="ListBullet"/>
        <w:spacing w:after="40"/>
      </w:pPr>
      <w:r>
        <w:rPr>
          <w:sz w:val="21"/>
        </w:rPr>
        <w:t>Clean every beer line weekly to the brewery's schedule, with a clean pass at every unannounced Cask Marque visit since taking over the cellar.</w:t>
      </w:r>
    </w:p>
    <w:p>
      <w:pPr>
        <w:pStyle w:val="ListBullet"/>
        <w:spacing w:after="40"/>
      </w:pPr>
      <w:r>
        <w:rPr>
          <w:sz w:val="21"/>
        </w:rPr>
        <w:t>Serve crowds three deep on Wales home match days, pre-setting glassware and lining up spare kegs so no line runs dry mid-rush.</w:t>
      </w:r>
    </w:p>
    <w:p>
      <w:pPr>
        <w:pStyle w:val="ListBullet"/>
        <w:spacing w:after="40"/>
      </w:pPr>
      <w:r>
        <w:rPr>
          <w:sz w:val="21"/>
        </w:rPr>
        <w:t>Record ullage and wastage each shift, and cut cask waste by a fifth by ordering slow-selling guest ales in smaller casks.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 Staff</w:t>
      </w:r>
      <w:r>
        <w:t>, Glasfryn Lane Social Club, Cardiff</w:t>
      </w:r>
      <w:r>
        <w:rPr>
          <w:color w:val="5B6672"/>
        </w:rPr>
        <w:t xml:space="preserve">    Jan 2022 - Feb 2024</w:t>
      </w:r>
    </w:p>
    <w:p>
      <w:pPr>
        <w:pStyle w:val="ListBullet"/>
        <w:spacing w:after="40"/>
      </w:pPr>
      <w:r>
        <w:rPr>
          <w:sz w:val="21"/>
        </w:rPr>
        <w:t>Served members and function guests at a 300-capacity club, running card tabs for christenings, wakes and darts league nights.</w:t>
      </w:r>
    </w:p>
    <w:p>
      <w:pPr>
        <w:pStyle w:val="ListBullet"/>
        <w:spacing w:after="40"/>
      </w:pPr>
      <w:r>
        <w:rPr>
          <w:sz w:val="21"/>
        </w:rPr>
        <w:t>Checked ID under Challenge 25 and coached new starters on the photo cards the club accepts, from passports to PASS cards.</w:t>
      </w:r>
    </w:p>
    <w:p>
      <w:pPr>
        <w:pStyle w:val="ListBullet"/>
        <w:spacing w:after="40"/>
      </w:pPr>
      <w:r>
        <w:rPr>
          <w:sz w:val="21"/>
        </w:rPr>
        <w:t>Set up and broke down the function room bar, counting opening and closing stock for each private booking.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Glass Collector and Kitchen Porter</w:t>
      </w:r>
      <w:r>
        <w:t>, Cwrt Melyn Brasserie, Penarth</w:t>
      </w:r>
      <w:r>
        <w:rPr>
          <w:color w:val="5B6672"/>
        </w:rPr>
        <w:t xml:space="preserve">    Jul 2021 - Dec 2021</w:t>
      </w:r>
    </w:p>
    <w:p>
      <w:pPr>
        <w:pStyle w:val="ListBullet"/>
        <w:spacing w:after="40"/>
      </w:pPr>
      <w:r>
        <w:rPr>
          <w:sz w:val="21"/>
        </w:rPr>
        <w:t>Collected and washed glassware for a 120-cover brasserie, keeping the bartenders stocked through Friday and Saturday service.</w:t>
      </w:r>
    </w:p>
    <w:p>
      <w:pPr>
        <w:pStyle w:val="ListBullet"/>
        <w:spacing w:after="40"/>
      </w:pPr>
      <w:r>
        <w:rPr>
          <w:sz w:val="21"/>
        </w:rPr>
        <w:t>Restocked bottle fridges and ice wells before service and rotated mixers by date so nothing went out of code.</w:t>
      </w:r>
    </w:p>
    <w:p>
      <w:pPr>
        <w:pStyle w:val="ListBullet"/>
        <w:spacing w:after="40"/>
      </w:pPr>
      <w:r>
        <w:rPr>
          <w:sz w:val="21"/>
        </w:rPr>
        <w:t>Trained on the bar during quiet weekday lunches, which led to a bartending job in January 2022.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Extended Diploma in Sport (DMM), Cardiff and Vale College, 2021</w:t>
      </w:r>
    </w:p>
    <w:p>
      <w:pPr>
        <w:spacing w:after="40" w:before="0"/>
      </w:pPr>
      <w:r>
        <w:rPr>
          <w:b w:val="0"/>
          <w:sz w:val="21"/>
        </w:rPr>
        <w:t>9 GCSEs grades A*-C including English Language, Maths and Welsh First Language,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Cask Marque Cellar Management Course, 2024</w:t>
      </w:r>
    </w:p>
    <w:p>
      <w:pPr>
        <w:spacing w:after="40" w:before="0"/>
      </w:pPr>
      <w:r>
        <w:rPr>
          <w:b w:val="0"/>
          <w:sz w:val="21"/>
        </w:rPr>
        <w:t>Level 2 Award in Food Safety in Catering, 2022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Volunteer at a community rugby club on Saturday home games, 2019 - 2021, running the tea hut and collecting glasses in the clubhouse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 Bar Staff CV (Cask Ale and Cellar)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