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Amara Nwosu</w:t>
      </w:r>
    </w:p>
    <w:p>
      <w:pPr>
        <w:spacing w:after="40" w:before="0"/>
      </w:pPr>
      <w:r>
        <w:rPr>
          <w:b/>
          <w:color w:val="1D7A53"/>
          <w:sz w:val="23"/>
        </w:rPr>
        <w:t>Administrative Assistant</w:t>
      </w:r>
    </w:p>
    <w:p>
      <w:pPr>
        <w:spacing w:after="160" w:before="0"/>
      </w:pPr>
      <w:r>
        <w:rPr>
          <w:b w:val="0"/>
          <w:color w:val="5B6672"/>
          <w:sz w:val="19"/>
        </w:rPr>
        <w:t>Wolverhampton | amara.nwosu@email.com | 07700 900236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Organised college leaver with a T Level in Management and Administration (Merit), including a 45-day industry placement at a lettings agency logging repairs, updating landlord records and answering tenant calls. Nearly two years on a supermarket till have built accuracy with cash and calm with customers. Types at 55 wpm. Seeking a full-time admin assistant role in Wolverhampton.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Microsoft Word, Excel and Outlook | Data entry and record keeping | Telephone and email enquiries | Filing, scanning and archiving | Booking appointments and contractors | Data protection (UK GDPR) basics | Customer service | Cash handling | Teamwork on busy shifts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 (part-time)</w:t>
      </w:r>
      <w:r>
        <w:t>, Dunstanmoor Foodstores, Wolverhampton</w:t>
      </w:r>
      <w:r>
        <w:rPr>
          <w:color w:val="5B6672"/>
        </w:rPr>
        <w:t xml:space="preserve">    Jan 2025 - Present</w:t>
      </w:r>
    </w:p>
    <w:p>
      <w:pPr>
        <w:pStyle w:val="ListBullet"/>
        <w:spacing w:after="40"/>
      </w:pPr>
      <w:r>
        <w:rPr>
          <w:sz w:val="21"/>
        </w:rPr>
        <w:t>Serve up to 300 customers a shift across staffed and self-checkout tills, with no cash variances recorded in 2025.</w:t>
      </w:r>
    </w:p>
    <w:p>
      <w:pPr>
        <w:pStyle w:val="ListBullet"/>
        <w:spacing w:after="40"/>
      </w:pPr>
      <w:r>
        <w:rPr>
          <w:sz w:val="21"/>
        </w:rPr>
        <w:t>Apply Challenge 25 on age-restricted sales, calling a supervisor to approve alcohol sales, and log refusals in the store's refusals book.</w:t>
      </w:r>
    </w:p>
    <w:p>
      <w:pPr>
        <w:pStyle w:val="ListBullet"/>
        <w:spacing w:after="40"/>
      </w:pPr>
      <w:r>
        <w:rPr>
          <w:sz w:val="21"/>
        </w:rPr>
        <w:t>Trained four new starters on the till and returns process, writing a one-page checklist the store still uses.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Business Administration Industry Placement (T Level)</w:t>
      </w:r>
      <w:r>
        <w:t>, Stavenley Lettings, Wolverhampton</w:t>
      </w:r>
      <w:r>
        <w:rPr>
          <w:color w:val="5B6672"/>
        </w:rPr>
        <w:t xml:space="preserve">    Oct 2025 - Mar 2026</w:t>
      </w:r>
    </w:p>
    <w:p>
      <w:pPr>
        <w:pStyle w:val="ListBullet"/>
        <w:spacing w:after="40"/>
      </w:pPr>
      <w:r>
        <w:rPr>
          <w:sz w:val="21"/>
        </w:rPr>
        <w:t>Logged 30+ tenant repair requests a week in the property management system and booked contractors from the approved list.</w:t>
      </w:r>
    </w:p>
    <w:p>
      <w:pPr>
        <w:pStyle w:val="ListBullet"/>
        <w:spacing w:after="40"/>
      </w:pPr>
      <w:r>
        <w:rPr>
          <w:sz w:val="21"/>
        </w:rPr>
        <w:t>Answered the main phone line and shared inbox, resolving routine tenant queries and escalating urgent leaks to the property manager within the hour.</w:t>
      </w:r>
    </w:p>
    <w:p>
      <w:pPr>
        <w:pStyle w:val="ListBullet"/>
        <w:spacing w:after="40"/>
      </w:pPr>
      <w:r>
        <w:rPr>
          <w:sz w:val="21"/>
        </w:rPr>
        <w:t>Moved 120 landlord records from paper files onto the system, checking addresses, gas safety dates and contact details before archiving.</w:t>
      </w:r>
    </w:p>
    <w:p>
      <w:pPr>
        <w:pStyle w:val="ListBullet"/>
        <w:spacing w:after="40"/>
      </w:pPr>
      <w:r>
        <w:rPr>
          <w:sz w:val="21"/>
        </w:rPr>
        <w:t>Prepared 14 tenancy start packs and filed right to rent document copies securely, following the agency's data protection procedure.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(Saturday sessions)</w:t>
      </w:r>
      <w:r>
        <w:t>, Tennerley Community Pantry, Wolverhampton</w:t>
      </w:r>
      <w:r>
        <w:rPr>
          <w:color w:val="5B6672"/>
        </w:rPr>
        <w:t xml:space="preserve">    Jun 2023 - Aug 2024</w:t>
      </w:r>
    </w:p>
    <w:p>
      <w:pPr>
        <w:pStyle w:val="ListBullet"/>
        <w:spacing w:after="40"/>
      </w:pPr>
      <w:r>
        <w:rPr>
          <w:sz w:val="21"/>
        </w:rPr>
        <w:t>Welcomed members at Saturday sessions and helped pack and hand out food parcels alongside the adult volunteer team.</w:t>
      </w:r>
    </w:p>
    <w:p>
      <w:pPr>
        <w:pStyle w:val="ListBullet"/>
        <w:spacing w:after="40"/>
      </w:pPr>
      <w:r>
        <w:rPr>
          <w:sz w:val="21"/>
        </w:rPr>
        <w:t>Built an Excel stock sheet with expiry date alerts that helped volunteers rotate tins and cut food waste.</w:t>
      </w:r>
    </w:p>
    <w:p>
      <w:pPr>
        <w:pStyle w:val="ListBullet"/>
        <w:spacing w:after="40"/>
      </w:pPr>
      <w:r>
        <w:rPr>
          <w:sz w:val="21"/>
        </w:rPr>
        <w:t>Helped the coordinator plan the monthly volunteer rota and sent reminder texts, so Saturday sessions were never short of helpers.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T Level in Management and Administration, Merit, 2026</w:t>
      </w:r>
    </w:p>
    <w:p>
      <w:pPr>
        <w:spacing w:after="40" w:before="0"/>
      </w:pPr>
      <w:r>
        <w:rPr>
          <w:b w:val="0"/>
          <w:sz w:val="21"/>
        </w:rPr>
        <w:t>7 GCSEs grades 9-4 including English Language (6) and Maths (5), 2024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Igbo (conversational)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Assistant with No Office Experience (College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