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sz w:val="24"/>
        </w:rPr>
        <w:t>[Your Full Name]</w:t>
      </w:r>
    </w:p>
    <w:p>
      <w:pPr>
        <w:spacing w:after="40"/>
      </w:pPr>
      <w:r>
        <w:rPr>
          <w:b w:val="0"/>
          <w:sz w:val="22"/>
        </w:rPr>
        <w:t>[Your Address]</w:t>
      </w:r>
    </w:p>
    <w:p>
      <w:pPr>
        <w:spacing w:after="40"/>
      </w:pPr>
      <w:r>
        <w:rPr>
          <w:b w:val="0"/>
          <w:sz w:val="22"/>
        </w:rPr>
        <w:t>[City, State ZIP]</w:t>
      </w:r>
    </w:p>
    <w:p>
      <w:pPr>
        <w:spacing w:after="240"/>
      </w:pPr>
      <w:r>
        <w:rPr>
          <w:b w:val="0"/>
          <w:sz w:val="22"/>
        </w:rPr>
        <w:t>[Email]  |  [Phone]</w:t>
      </w:r>
    </w:p>
    <w:p>
      <w:pPr>
        <w:spacing w:after="240"/>
      </w:pPr>
      <w:r>
        <w:rPr>
          <w:b w:val="0"/>
          <w:sz w:val="22"/>
        </w:rPr>
        <w:t>[Date]</w:t>
      </w:r>
    </w:p>
    <w:p>
      <w:pPr>
        <w:spacing w:after="40"/>
      </w:pPr>
      <w:r>
        <w:rPr>
          <w:b w:val="0"/>
          <w:sz w:val="22"/>
        </w:rPr>
        <w:t>[Manager Name]</w:t>
      </w:r>
    </w:p>
    <w:p>
      <w:pPr>
        <w:spacing w:after="40"/>
      </w:pPr>
      <w:r>
        <w:rPr>
          <w:b w:val="0"/>
          <w:sz w:val="22"/>
        </w:rPr>
        <w:t>[Manager Title]</w:t>
      </w:r>
    </w:p>
    <w:p>
      <w:pPr>
        <w:spacing w:after="240"/>
      </w:pPr>
      <w:r>
        <w:rPr>
          <w:b w:val="0"/>
          <w:sz w:val="22"/>
        </w:rPr>
        <w:t>[Company Name]</w:t>
      </w:r>
    </w:p>
    <w:p>
      <w:pPr>
        <w:spacing w:after="200"/>
      </w:pPr>
      <w:r>
        <w:rPr>
          <w:b w:val="0"/>
          <w:sz w:val="22"/>
        </w:rPr>
        <w:t>Dear [Manager Name],</w:t>
      </w:r>
    </w:p>
    <w:p>
      <w:pPr>
        <w:spacing w:after="200"/>
      </w:pPr>
      <w:r>
        <w:rPr>
          <w:b w:val="0"/>
          <w:sz w:val="22"/>
        </w:rPr>
        <w:t>Please accept this letter as my formal two weeks notice of resignation from my position as [Your Job Title] at [Company Name]. My last day of work will be [Last Working Day], two weeks from today.</w:t>
      </w:r>
    </w:p>
    <w:p>
      <w:pPr>
        <w:spacing w:after="200"/>
      </w:pPr>
      <w:r>
        <w:rPr>
          <w:b w:val="0"/>
          <w:sz w:val="22"/>
        </w:rPr>
        <w:t>Thank you for the opportunity to be part of the team. I have valued my time here and the people I have worked with.</w:t>
      </w:r>
    </w:p>
    <w:p>
      <w:pPr>
        <w:spacing w:after="200"/>
      </w:pPr>
      <w:r>
        <w:rPr>
          <w:b w:val="0"/>
          <w:sz w:val="22"/>
        </w:rPr>
        <w:t>I am committed to a smooth handover. I am happy to help train a replacement, document my current projects, and complete outstanding work before my last day.</w:t>
      </w:r>
    </w:p>
    <w:p>
      <w:pPr>
        <w:spacing w:after="320"/>
      </w:pPr>
      <w:r>
        <w:rPr>
          <w:b w:val="0"/>
          <w:sz w:val="22"/>
        </w:rPr>
        <w:t>I wish you and the company continued success.</w:t>
      </w:r>
    </w:p>
    <w:p>
      <w:pPr>
        <w:spacing w:after="360"/>
      </w:pPr>
      <w:r>
        <w:rPr>
          <w:b w:val="0"/>
          <w:sz w:val="22"/>
        </w:rPr>
        <w:t>Sincerely,</w:t>
      </w:r>
    </w:p>
    <w:p>
      <w:pPr>
        <w:spacing w:after="120"/>
      </w:pPr>
      <w:r>
        <w:rPr>
          <w:b/>
          <w:sz w:val="22"/>
        </w:rPr>
        <w:t>[Your Full Name]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