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28"/>
        </w:rPr>
        <w:t>ResumeCroc Thank You Email Templates</w:t>
      </w:r>
    </w:p>
    <w:p>
      <w:pPr>
        <w:spacing w:after="280"/>
      </w:pPr>
      <w:r>
        <w:rPr>
          <w:b w:val="0"/>
          <w:sz w:val="22"/>
        </w:rPr>
        <w:t>Replace the bracketed fields and send within 24 hours of your interview.</w:t>
      </w:r>
    </w:p>
    <w:p>
      <w:pPr>
        <w:spacing w:after="80"/>
      </w:pPr>
      <w:r>
        <w:rPr>
          <w:b/>
          <w:sz w:val="24"/>
        </w:rPr>
        <w:t>Template 1: After a phone or video screen</w:t>
      </w:r>
    </w:p>
    <w:p>
      <w:pPr>
        <w:spacing w:after="120"/>
      </w:pPr>
      <w:r>
        <w:rPr>
          <w:b w:val="0"/>
          <w:sz w:val="22"/>
        </w:rPr>
        <w:t>Subject: Thank you, [Role] interview</w:t>
      </w:r>
    </w:p>
    <w:p>
      <w:pPr>
        <w:spacing w:after="120"/>
      </w:pPr>
      <w:r>
        <w:rPr>
          <w:b w:val="0"/>
          <w:sz w:val="22"/>
        </w:rPr>
        <w:t>Dear [Interviewer Name],</w:t>
      </w:r>
    </w:p>
    <w:p>
      <w:pPr>
        <w:spacing w:after="120"/>
      </w:pPr>
      <w:r>
        <w:rPr>
          <w:b w:val="0"/>
          <w:sz w:val="22"/>
        </w:rPr>
        <w:t>Thank you for taking the time to speak with me today about the [Role] position at [Company]. Our conversation left me even more excited about the opportunity.</w:t>
      </w:r>
    </w:p>
    <w:p>
      <w:pPr>
        <w:spacing w:after="120"/>
      </w:pPr>
      <w:r>
        <w:rPr>
          <w:b w:val="0"/>
          <w:sz w:val="22"/>
        </w:rPr>
        <w:t>I would welcome the chance to continue the conversation. Please let me know if there is anything else you need from me.</w:t>
      </w:r>
    </w:p>
    <w:p>
      <w:pPr>
        <w:spacing w:after="40"/>
      </w:pPr>
      <w:r>
        <w:rPr>
          <w:b w:val="0"/>
          <w:sz w:val="22"/>
        </w:rPr>
        <w:t>Best regards,</w:t>
      </w:r>
    </w:p>
    <w:p>
      <w:pPr>
        <w:spacing w:after="320"/>
      </w:pPr>
      <w:r>
        <w:rPr>
          <w:b w:val="0"/>
          <w:sz w:val="22"/>
        </w:rPr>
        <w:t>[Your Name]</w:t>
      </w:r>
    </w:p>
    <w:p>
      <w:pPr>
        <w:spacing w:after="80"/>
      </w:pPr>
      <w:r>
        <w:rPr>
          <w:b/>
          <w:sz w:val="24"/>
        </w:rPr>
        <w:t>Template 2: After an in-person interview</w:t>
      </w:r>
    </w:p>
    <w:p>
      <w:pPr>
        <w:spacing w:after="120"/>
      </w:pPr>
      <w:r>
        <w:rPr>
          <w:b w:val="0"/>
          <w:sz w:val="22"/>
        </w:rPr>
        <w:t>Subject: Thank you, [Role] interview</w:t>
      </w:r>
    </w:p>
    <w:p>
      <w:pPr>
        <w:spacing w:after="120"/>
      </w:pPr>
      <w:r>
        <w:rPr>
          <w:b w:val="0"/>
          <w:sz w:val="22"/>
        </w:rPr>
        <w:t>Dear [Interviewer Name],</w:t>
      </w:r>
    </w:p>
    <w:p>
      <w:pPr>
        <w:spacing w:after="120"/>
      </w:pPr>
      <w:r>
        <w:rPr>
          <w:b w:val="0"/>
          <w:sz w:val="22"/>
        </w:rPr>
        <w:t>Thank you for meeting with me today to discuss the [Role] position at [Company]. I especially enjoyed talking about [topic you discussed], and it confirmed this is a role where I could contribute quickly.</w:t>
      </w:r>
    </w:p>
    <w:p>
      <w:pPr>
        <w:spacing w:after="120"/>
      </w:pPr>
      <w:r>
        <w:rPr>
          <w:b w:val="0"/>
          <w:sz w:val="22"/>
        </w:rPr>
        <w:t>I am confident my experience in [key skill] would add value to your team. Please let me know if you need anything further.</w:t>
      </w:r>
    </w:p>
    <w:p>
      <w:pPr>
        <w:spacing w:after="40"/>
      </w:pPr>
      <w:r>
        <w:rPr>
          <w:b w:val="0"/>
          <w:sz w:val="22"/>
        </w:rPr>
        <w:t>Best regards,</w:t>
      </w:r>
    </w:p>
    <w:p>
      <w:pPr>
        <w:spacing w:after="320"/>
      </w:pPr>
      <w:r>
        <w:rPr>
          <w:b w:val="0"/>
          <w:sz w:val="22"/>
        </w:rPr>
        <w:t>[Your Name]</w:t>
      </w:r>
    </w:p>
    <w:p>
      <w:pPr>
        <w:spacing w:after="80"/>
      </w:pPr>
      <w:r>
        <w:rPr>
          <w:b/>
          <w:sz w:val="24"/>
        </w:rPr>
        <w:t>Template 3: After a final round</w:t>
      </w:r>
    </w:p>
    <w:p>
      <w:pPr>
        <w:spacing w:after="120"/>
      </w:pPr>
      <w:r>
        <w:rPr>
          <w:b w:val="0"/>
          <w:sz w:val="22"/>
        </w:rPr>
        <w:t>Subject: Thank you, [Role] final interview</w:t>
      </w:r>
    </w:p>
    <w:p>
      <w:pPr>
        <w:spacing w:after="120"/>
      </w:pPr>
      <w:r>
        <w:rPr>
          <w:b w:val="0"/>
          <w:sz w:val="22"/>
        </w:rPr>
        <w:t>Dear [Interviewer Name],</w:t>
      </w:r>
    </w:p>
    <w:p>
      <w:pPr>
        <w:spacing w:after="120"/>
      </w:pPr>
      <w:r>
        <w:rPr>
          <w:b w:val="0"/>
          <w:sz w:val="22"/>
        </w:rPr>
        <w:t>Thank you for the opportunity to meet the team and learn more about the [Role] position at [Company]. Having met everyone, I am confident the role is a strong fit and I am ready to get started.</w:t>
      </w:r>
    </w:p>
    <w:p>
      <w:pPr>
        <w:spacing w:after="120"/>
      </w:pPr>
      <w:r>
        <w:rPr>
          <w:b w:val="0"/>
          <w:sz w:val="22"/>
        </w:rPr>
        <w:t>Thank you again for your time and consideration. Please let me know if there is anything else I can provide.</w:t>
      </w:r>
    </w:p>
    <w:p>
      <w:pPr>
        <w:spacing w:after="40"/>
      </w:pPr>
      <w:r>
        <w:rPr>
          <w:b w:val="0"/>
          <w:sz w:val="22"/>
        </w:rPr>
        <w:t>Best regards,</w:t>
      </w:r>
    </w:p>
    <w:p>
      <w:pPr>
        <w:spacing w:after="120"/>
      </w:pPr>
      <w:r>
        <w:rPr>
          <w:b w:val="0"/>
          <w:sz w:val="22"/>
        </w:rPr>
        <w:t>[Your 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