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24"/>
        </w:rPr>
        <w:t>[Your Full Name]</w:t>
      </w:r>
    </w:p>
    <w:p>
      <w:pPr>
        <w:spacing w:after="40"/>
      </w:pPr>
      <w:r>
        <w:rPr>
          <w:b w:val="0"/>
          <w:sz w:val="22"/>
        </w:rPr>
        <w:t>[Your Address]</w:t>
      </w:r>
    </w:p>
    <w:p>
      <w:pPr>
        <w:spacing w:after="40"/>
      </w:pPr>
      <w:r>
        <w:rPr>
          <w:b w:val="0"/>
          <w:sz w:val="22"/>
        </w:rPr>
        <w:t>[City, State ZIP]</w:t>
      </w:r>
    </w:p>
    <w:p>
      <w:pPr>
        <w:spacing w:after="240"/>
      </w:pPr>
      <w:r>
        <w:rPr>
          <w:b w:val="0"/>
          <w:sz w:val="22"/>
        </w:rPr>
        <w:t>[Email Address]  |  [Phone Number]</w:t>
      </w:r>
    </w:p>
    <w:p>
      <w:pPr>
        <w:spacing w:after="240"/>
      </w:pPr>
      <w:r>
        <w:rPr>
          <w:b w:val="0"/>
          <w:sz w:val="22"/>
        </w:rPr>
        <w:t>[Date]</w:t>
      </w:r>
    </w:p>
    <w:p>
      <w:pPr>
        <w:spacing w:after="40"/>
      </w:pPr>
      <w:r>
        <w:rPr>
          <w:b w:val="0"/>
          <w:sz w:val="22"/>
        </w:rPr>
        <w:t>[Manager Name]</w:t>
      </w:r>
    </w:p>
    <w:p>
      <w:pPr>
        <w:spacing w:after="40"/>
      </w:pPr>
      <w:r>
        <w:rPr>
          <w:b w:val="0"/>
          <w:sz w:val="22"/>
        </w:rPr>
        <w:t>[Manager Title]</w:t>
      </w:r>
    </w:p>
    <w:p>
      <w:pPr>
        <w:spacing w:after="40"/>
      </w:pPr>
      <w:r>
        <w:rPr>
          <w:b w:val="0"/>
          <w:sz w:val="22"/>
        </w:rPr>
        <w:t>[Company Name]</w:t>
      </w:r>
    </w:p>
    <w:p>
      <w:pPr>
        <w:spacing w:after="240"/>
      </w:pPr>
      <w:r>
        <w:rPr>
          <w:b w:val="0"/>
          <w:sz w:val="22"/>
        </w:rPr>
        <w:t>[Company Address]</w:t>
      </w:r>
    </w:p>
    <w:p>
      <w:pPr>
        <w:spacing w:after="200"/>
      </w:pPr>
      <w:r>
        <w:rPr>
          <w:b w:val="0"/>
          <w:sz w:val="22"/>
        </w:rPr>
        <w:t>Dear [Manager Name],</w:t>
      </w:r>
    </w:p>
    <w:p>
      <w:pPr>
        <w:spacing w:after="200"/>
      </w:pPr>
      <w:r>
        <w:rPr>
          <w:b w:val="0"/>
          <w:sz w:val="22"/>
        </w:rPr>
        <w:t>Please accept this letter as formal notice of my resignation from my position as [Your Job Title] at [Company Name]. My last day of work will be [Last Working Day], which provides [notice period, for example two weeks] of notice.</w:t>
      </w:r>
    </w:p>
    <w:p>
      <w:pPr>
        <w:spacing w:after="200"/>
      </w:pPr>
      <w:r>
        <w:rPr>
          <w:b w:val="0"/>
          <w:sz w:val="22"/>
        </w:rPr>
        <w:t>Thank you for the opportunity to be part of the team. I have genuinely valued [something specific you appreciated, for example the support of my colleagues and the chance to grow in this role], and I am grateful for the experience I have gained here.</w:t>
      </w:r>
    </w:p>
    <w:p>
      <w:pPr>
        <w:spacing w:after="200"/>
      </w:pPr>
      <w:r>
        <w:rPr>
          <w:b w:val="0"/>
          <w:sz w:val="22"/>
        </w:rPr>
        <w:t>To make the transition as smooth as possible, I am happy to help train a replacement, document my current projects, and complete any outstanding work before my last day. Please let me know how I can best support the handover.</w:t>
      </w:r>
    </w:p>
    <w:p>
      <w:pPr>
        <w:spacing w:after="320"/>
      </w:pPr>
      <w:r>
        <w:rPr>
          <w:b w:val="0"/>
          <w:sz w:val="22"/>
        </w:rPr>
        <w:t>I wish you and [Company Name] continued success, and I hope we can stay in touch.</w:t>
      </w:r>
    </w:p>
    <w:p>
      <w:pPr>
        <w:spacing w:after="360"/>
      </w:pPr>
      <w:r>
        <w:rPr>
          <w:b w:val="0"/>
          <w:sz w:val="22"/>
        </w:rPr>
        <w:t>Sincerely,</w:t>
      </w:r>
    </w:p>
    <w:p>
      <w:pPr>
        <w:spacing w:after="120"/>
      </w:pPr>
      <w:r>
        <w:rPr>
          <w:b/>
          <w:sz w:val="22"/>
        </w:rPr>
        <w:t>[Your Full Name]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