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2"/>
        </w:rPr>
        <w:t>[Your Full Name]</w:t>
      </w:r>
    </w:p>
    <w:p>
      <w:pPr>
        <w:spacing w:after="240"/>
      </w:pPr>
      <w:r>
        <w:rPr>
          <w:b w:val="0"/>
          <w:sz w:val="22"/>
        </w:rPr>
        <w:t>[City, State]  |  [Email]  |  [Phone]</w:t>
      </w:r>
    </w:p>
    <w:p>
      <w:pPr>
        <w:spacing w:after="200"/>
      </w:pPr>
      <w:r>
        <w:rPr>
          <w:b/>
          <w:sz w:val="26"/>
        </w:rPr>
        <w:t>Professional References</w:t>
      </w:r>
    </w:p>
    <w:p>
      <w:pPr>
        <w:spacing w:after="40"/>
      </w:pPr>
      <w:r>
        <w:rPr>
          <w:b/>
          <w:sz w:val="22"/>
        </w:rPr>
        <w:t>Reference 1</w:t>
      </w:r>
    </w:p>
    <w:p>
      <w:pPr>
        <w:spacing w:after="40"/>
      </w:pPr>
      <w:r>
        <w:rPr>
          <w:b w:val="0"/>
          <w:sz w:val="22"/>
        </w:rPr>
        <w:t>[Full Name]</w:t>
      </w:r>
    </w:p>
    <w:p>
      <w:pPr>
        <w:spacing w:after="40"/>
      </w:pPr>
      <w:r>
        <w:rPr>
          <w:b w:val="0"/>
          <w:sz w:val="22"/>
        </w:rPr>
        <w:t>[Job Title], [Company Name]</w:t>
      </w:r>
    </w:p>
    <w:p>
      <w:pPr>
        <w:spacing w:after="40"/>
      </w:pPr>
      <w:r>
        <w:rPr>
          <w:b w:val="0"/>
          <w:sz w:val="22"/>
        </w:rPr>
        <w:t>[Email]  |  [Phone]</w:t>
      </w:r>
    </w:p>
    <w:p>
      <w:pPr>
        <w:spacing w:after="240"/>
      </w:pPr>
      <w:r>
        <w:rPr>
          <w:b w:val="0"/>
          <w:sz w:val="22"/>
        </w:rPr>
        <w:t>Relationship: [for example, former manager at Company]</w:t>
      </w:r>
    </w:p>
    <w:p>
      <w:pPr>
        <w:spacing w:after="40"/>
      </w:pPr>
      <w:r>
        <w:rPr>
          <w:b/>
          <w:sz w:val="22"/>
        </w:rPr>
        <w:t>Reference 2</w:t>
      </w:r>
    </w:p>
    <w:p>
      <w:pPr>
        <w:spacing w:after="40"/>
      </w:pPr>
      <w:r>
        <w:rPr>
          <w:b w:val="0"/>
          <w:sz w:val="22"/>
        </w:rPr>
        <w:t>[Full Name]</w:t>
      </w:r>
    </w:p>
    <w:p>
      <w:pPr>
        <w:spacing w:after="40"/>
      </w:pPr>
      <w:r>
        <w:rPr>
          <w:b w:val="0"/>
          <w:sz w:val="22"/>
        </w:rPr>
        <w:t>[Job Title], [Company Name]</w:t>
      </w:r>
    </w:p>
    <w:p>
      <w:pPr>
        <w:spacing w:after="40"/>
      </w:pPr>
      <w:r>
        <w:rPr>
          <w:b w:val="0"/>
          <w:sz w:val="22"/>
        </w:rPr>
        <w:t>[Email]  |  [Phone]</w:t>
      </w:r>
    </w:p>
    <w:p>
      <w:pPr>
        <w:spacing w:after="240"/>
      </w:pPr>
      <w:r>
        <w:rPr>
          <w:b w:val="0"/>
          <w:sz w:val="22"/>
        </w:rPr>
        <w:t>Relationship: [for example, former manager at Company]</w:t>
      </w:r>
    </w:p>
    <w:p>
      <w:pPr>
        <w:spacing w:after="40"/>
      </w:pPr>
      <w:r>
        <w:rPr>
          <w:b/>
          <w:sz w:val="22"/>
        </w:rPr>
        <w:t>Reference 3</w:t>
      </w:r>
    </w:p>
    <w:p>
      <w:pPr>
        <w:spacing w:after="40"/>
      </w:pPr>
      <w:r>
        <w:rPr>
          <w:b w:val="0"/>
          <w:sz w:val="22"/>
        </w:rPr>
        <w:t>[Full Name]</w:t>
      </w:r>
    </w:p>
    <w:p>
      <w:pPr>
        <w:spacing w:after="40"/>
      </w:pPr>
      <w:r>
        <w:rPr>
          <w:b w:val="0"/>
          <w:sz w:val="22"/>
        </w:rPr>
        <w:t>[Job Title], [Company Name]</w:t>
      </w:r>
    </w:p>
    <w:p>
      <w:pPr>
        <w:spacing w:after="40"/>
      </w:pPr>
      <w:r>
        <w:rPr>
          <w:b w:val="0"/>
          <w:sz w:val="22"/>
        </w:rPr>
        <w:t>[Email]  |  [Phone]</w:t>
      </w:r>
    </w:p>
    <w:p>
      <w:pPr>
        <w:spacing w:after="240"/>
      </w:pPr>
      <w:r>
        <w:rPr>
          <w:b w:val="0"/>
          <w:sz w:val="22"/>
        </w:rPr>
        <w:t>Relationship: [for example, former manager at Company]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