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</w:pPr>
      <w:r>
        <w:rPr>
          <w:b/>
          <w:color w:val="1D7A53"/>
          <w:sz w:val="40"/>
        </w:rPr>
        <w:t>[YOUR NAME]</w:t>
      </w:r>
    </w:p>
    <w:p>
      <w:pPr>
        <w:spacing w:after="320"/>
      </w:pPr>
      <w:r>
        <w:rPr>
          <w:b w:val="0"/>
          <w:color w:val="5A6660"/>
          <w:sz w:val="19"/>
        </w:rPr>
        <w:t>[City, State]  |  [Phone]  |  [you@email.com]  |  [linkedin.com/in/you]</w:t>
      </w:r>
    </w:p>
    <w:p>
      <w:pPr>
        <w:spacing w:after="240"/>
      </w:pPr>
      <w:r>
        <w:rPr>
          <w:b w:val="0"/>
          <w:sz w:val="22"/>
        </w:rPr>
        <w:t>[Date]</w:t>
      </w:r>
    </w:p>
    <w:p>
      <w:pPr>
        <w:spacing w:after="0"/>
      </w:pPr>
      <w:r>
        <w:rPr>
          <w:b w:val="0"/>
          <w:sz w:val="22"/>
        </w:rPr>
        <w:t>[Hiring Manager Name]</w:t>
      </w:r>
    </w:p>
    <w:p>
      <w:pPr>
        <w:spacing w:after="0"/>
      </w:pPr>
      <w:r>
        <w:rPr>
          <w:b w:val="0"/>
          <w:sz w:val="22"/>
        </w:rPr>
        <w:t>[Company Name]</w:t>
      </w:r>
    </w:p>
    <w:p>
      <w:pPr>
        <w:spacing w:after="280"/>
      </w:pPr>
      <w:r>
        <w:rPr>
          <w:b w:val="0"/>
          <w:sz w:val="22"/>
        </w:rPr>
        <w:t>[Company City, State]</w:t>
      </w:r>
    </w:p>
    <w:p>
      <w:pPr>
        <w:spacing w:after="240"/>
      </w:pPr>
      <w:r>
        <w:rPr>
          <w:b w:val="0"/>
          <w:sz w:val="22"/>
        </w:rPr>
        <w:t>Dear [Hiring Manager Name],</w:t>
      </w:r>
    </w:p>
    <w:p>
      <w:pPr>
        <w:spacing w:after="200"/>
      </w:pPr>
      <w:r>
        <w:rPr>
          <w:b w:val="0"/>
          <w:sz w:val="22"/>
        </w:rPr>
        <w:t>[Open with the role you are applying for and a strong hook. In one or two sentences, say what you deliver and why you are a strong fit, so the reader wants to keep going.]</w:t>
      </w:r>
    </w:p>
    <w:p>
      <w:pPr>
        <w:spacing w:after="200"/>
      </w:pPr>
      <w:r>
        <w:rPr>
          <w:b w:val="0"/>
          <w:sz w:val="22"/>
        </w:rPr>
        <w:t>[Prove it. Give one or two specific, quantified achievements that match the top requirements in the job posting, for example increased revenue by 20 percent or led a team of 8.]</w:t>
      </w:r>
    </w:p>
    <w:p>
      <w:pPr>
        <w:spacing w:after="200"/>
      </w:pPr>
      <w:r>
        <w:rPr>
          <w:b w:val="0"/>
          <w:sz w:val="22"/>
        </w:rPr>
        <w:t>[Connect to the company. Show you understand what they do and what this role needs, and explain what you will contribute in your first months.]</w:t>
      </w:r>
    </w:p>
    <w:p>
      <w:pPr>
        <w:spacing w:after="280"/>
      </w:pPr>
      <w:r>
        <w:rPr>
          <w:b w:val="0"/>
          <w:sz w:val="22"/>
        </w:rPr>
        <w:t>[Close by thanking them, restating your interest, and inviting the next step. Keep it warm and confident.]</w:t>
      </w:r>
    </w:p>
    <w:p>
      <w:pPr>
        <w:spacing w:after="40"/>
      </w:pPr>
      <w:r>
        <w:rPr>
          <w:b w:val="0"/>
          <w:sz w:val="22"/>
        </w:rPr>
        <w:t>Sincerely,</w:t>
      </w:r>
    </w:p>
    <w:p>
      <w:pPr>
        <w:spacing w:after="0"/>
      </w:pPr>
      <w:r>
        <w:rPr>
          <w:b w:val="0"/>
          <w:sz w:val="22"/>
        </w:rPr>
        <w:t>[Your Name]</w:t>
      </w:r>
    </w:p>
    <w:sectPr w:rsidR="00FC693F" w:rsidRPr="0006063C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