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4"/>
        </w:rPr>
        <w:t>[Your Full Name]</w:t>
      </w:r>
    </w:p>
    <w:p>
      <w:pPr>
        <w:spacing w:after="2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[Date]</w:t>
      </w:r>
    </w:p>
    <w:p>
      <w:pPr>
        <w:spacing w:after="200"/>
      </w:pPr>
      <w:r>
        <w:rPr>
          <w:b w:val="0"/>
          <w:sz w:val="22"/>
        </w:rPr>
        <w:t>Dear [Hiring Manager Name],</w:t>
      </w:r>
    </w:p>
    <w:p>
      <w:pPr>
        <w:spacing w:after="200"/>
      </w:pPr>
      <w:r>
        <w:rPr>
          <w:b w:val="0"/>
          <w:sz w:val="22"/>
        </w:rPr>
        <w:t>I am delighted to formally accept the offer for the position of [Job Title] at [Company Name]. Thank you for the opportunity, I am excited to join the team.</w:t>
      </w:r>
    </w:p>
    <w:p>
      <w:pPr>
        <w:spacing w:after="200"/>
      </w:pPr>
      <w:r>
        <w:rPr>
          <w:b w:val="0"/>
          <w:sz w:val="22"/>
        </w:rPr>
        <w:t>As discussed, I confirm the following details: a start date of [Start Date], an annual salary of [Salary], and [any other agreed terms, such as benefits or working arrangements].</w:t>
      </w:r>
    </w:p>
    <w:p>
      <w:pPr>
        <w:spacing w:after="200"/>
      </w:pPr>
      <w:r>
        <w:rPr>
          <w:b w:val="0"/>
          <w:sz w:val="22"/>
        </w:rPr>
        <w:t>Please let me know what you need from me before my start date, and I will complete any paperwork promptly.</w:t>
      </w:r>
    </w:p>
    <w:p>
      <w:pPr>
        <w:spacing w:after="320"/>
      </w:pPr>
      <w:r>
        <w:rPr>
          <w:b w:val="0"/>
          <w:sz w:val="22"/>
        </w:rPr>
        <w:t>Thank you again. I look forward to contributing to [Company Name].</w:t>
      </w:r>
    </w:p>
    <w:p>
      <w:pPr>
        <w:spacing w:after="360"/>
      </w:pPr>
      <w:r>
        <w:rPr>
          <w:b w:val="0"/>
          <w:sz w:val="22"/>
        </w:rPr>
        <w:t>Sincerely,</w:t>
      </w:r>
    </w:p>
    <w:p>
      <w:pPr>
        <w:spacing w:after="120"/>
      </w:pPr>
      <w:r>
        <w:rPr>
          <w:b/>
          <w:sz w:val="22"/>
        </w:rPr>
        <w:t>[Your Full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