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4"/>
        </w:rPr>
        <w:t>[Your Full Name]</w:t>
      </w:r>
    </w:p>
    <w:p>
      <w:pPr>
        <w:spacing w:after="2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[Date]</w:t>
      </w:r>
    </w:p>
    <w:p>
      <w:pPr>
        <w:spacing w:after="200"/>
      </w:pPr>
      <w:r>
        <w:rPr>
          <w:b w:val="0"/>
          <w:sz w:val="22"/>
        </w:rPr>
        <w:t>Dear [Hiring Manager Name],</w:t>
      </w:r>
    </w:p>
    <w:p>
      <w:pPr>
        <w:spacing w:after="200"/>
      </w:pPr>
      <w:r>
        <w:rPr>
          <w:b w:val="0"/>
          <w:sz w:val="22"/>
        </w:rPr>
        <w:t>Thank you very much for offering me the position of [Job Title] at [Company Name]. I appreciate the time you and your team spent with me throughout the process.</w:t>
      </w:r>
    </w:p>
    <w:p>
      <w:pPr>
        <w:spacing w:after="200"/>
      </w:pPr>
      <w:r>
        <w:rPr>
          <w:b w:val="0"/>
          <w:sz w:val="22"/>
        </w:rPr>
        <w:t>After careful thought, I have decided to decline the offer, as I have accepted a role that is a closer fit for my goals at this time. This was not an easy decision.</w:t>
      </w:r>
    </w:p>
    <w:p>
      <w:pPr>
        <w:spacing w:after="320"/>
      </w:pPr>
      <w:r>
        <w:rPr>
          <w:b w:val="0"/>
          <w:sz w:val="22"/>
        </w:rPr>
        <w:t>I was genuinely impressed by the team and hope our paths cross again. Thank you again for the opportunity, and I wish you and [Company Name] continued success.</w:t>
      </w:r>
    </w:p>
    <w:p>
      <w:pPr>
        <w:spacing w:after="360"/>
      </w:pPr>
      <w:r>
        <w:rPr>
          <w:b w:val="0"/>
          <w:sz w:val="22"/>
        </w:rPr>
        <w:t>Sincerely,</w:t>
      </w:r>
    </w:p>
    <w:p>
      <w:pPr>
        <w:spacing w:after="120"/>
      </w:pPr>
      <w:r>
        <w:rPr>
          <w:b/>
          <w:sz w:val="22"/>
        </w:rPr>
        <w:t>[Your Full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