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color w:val="142B52"/>
          <w:sz w:val="40"/>
        </w:rPr>
        <w:t>[YOUR NAME]</w:t>
      </w:r>
    </w:p>
    <w:p>
      <w:pPr>
        <w:spacing w:after="320"/>
      </w:pPr>
      <w:r>
        <w:rPr>
          <w:b w:val="0"/>
          <w:color w:val="555555"/>
          <w:sz w:val="19"/>
        </w:rPr>
        <w:t>[City, State]  |  [Phone]  |  [you@email.com]  |  [linkedin.com/in/you]</w:t>
      </w:r>
    </w:p>
    <w:p>
      <w:pPr>
        <w:spacing w:after="240"/>
      </w:pPr>
      <w:r>
        <w:rPr>
          <w:b w:val="0"/>
          <w:sz w:val="22"/>
        </w:rPr>
        <w:t>[Date]</w:t>
      </w:r>
    </w:p>
    <w:p>
      <w:pPr>
        <w:spacing w:after="0"/>
      </w:pPr>
      <w:r>
        <w:rPr>
          <w:b w:val="0"/>
          <w:sz w:val="22"/>
        </w:rPr>
        <w:t>[Hiring Manager Name]</w:t>
      </w:r>
    </w:p>
    <w:p>
      <w:pPr>
        <w:spacing w:after="0"/>
      </w:pPr>
      <w:r>
        <w:rPr>
          <w:b w:val="0"/>
          <w:sz w:val="22"/>
        </w:rPr>
        <w:t>[Company Name]</w:t>
      </w:r>
    </w:p>
    <w:p>
      <w:pPr>
        <w:spacing w:after="280"/>
      </w:pPr>
      <w:r>
        <w:rPr>
          <w:b w:val="0"/>
          <w:sz w:val="22"/>
        </w:rPr>
        <w:t>[Company City, State]</w:t>
      </w:r>
    </w:p>
    <w:p>
      <w:pPr>
        <w:spacing w:after="240"/>
      </w:pPr>
      <w:r>
        <w:rPr>
          <w:b w:val="0"/>
          <w:sz w:val="22"/>
        </w:rPr>
        <w:t>Dear [Hiring Manager Name],</w:t>
      </w:r>
    </w:p>
    <w:p>
      <w:pPr>
        <w:spacing w:after="200"/>
      </w:pPr>
      <w:r>
        <w:rPr>
          <w:b w:val="0"/>
          <w:sz w:val="22"/>
        </w:rPr>
        <w:t>[Open with the role you are applying for and where you saw it. In one or two lines, name the career move you are making and frame it as a deliberate, positive step, not a gap to explain away.]</w:t>
      </w:r>
    </w:p>
    <w:p>
      <w:pPr>
        <w:spacing w:after="200"/>
      </w:pPr>
      <w:r>
        <w:rPr>
          <w:b w:val="0"/>
          <w:sz w:val="22"/>
        </w:rPr>
        <w:t>[Bridge your past to this role. Pick two or three transferable skills or achievements from your previous field and show, with a number where you can, how they apply directly to what this job needs.]</w:t>
      </w:r>
    </w:p>
    <w:p>
      <w:pPr>
        <w:spacing w:after="200"/>
      </w:pPr>
      <w:r>
        <w:rPr>
          <w:b w:val="0"/>
          <w:sz w:val="22"/>
        </w:rPr>
        <w:t>[Show you understand the company and the role, and why this move makes sense now. Address the obvious question, why this field, with genuine, specific motivation rather than a generic answer.]</w:t>
      </w:r>
    </w:p>
    <w:p>
      <w:pPr>
        <w:spacing w:after="280"/>
      </w:pPr>
      <w:r>
        <w:rPr>
          <w:b w:val="0"/>
          <w:sz w:val="22"/>
        </w:rPr>
        <w:t>[Close by thanking them, restating your interest, and inviting the next step. Keep it warm and confident.]</w:t>
      </w:r>
    </w:p>
    <w:p>
      <w:pPr>
        <w:spacing w:after="40"/>
      </w:pPr>
      <w:r>
        <w:rPr>
          <w:b w:val="0"/>
          <w:sz w:val="22"/>
        </w:rPr>
        <w:t>Sincerely,</w:t>
      </w:r>
    </w:p>
    <w:p>
      <w:pPr>
        <w:spacing w:after="0"/>
      </w:pPr>
      <w:r>
        <w:rPr>
          <w:b w:val="0"/>
          <w:sz w:val="22"/>
        </w:rPr>
        <w:t>[Your Name]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