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i w:val="0"/>
          <w:color w:val="000000"/>
          <w:sz w:val="40"/>
        </w:rPr>
        <w:t>[YOUR NAME]</w:t>
      </w:r>
    </w:p>
    <w:p>
      <w:pPr>
        <w:spacing w:after="20"/>
        <w:jc w:val="center"/>
      </w:pPr>
      <w:r>
        <w:rPr>
          <w:b w:val="0"/>
          <w:i w:val="0"/>
          <w:color w:val="333333"/>
          <w:sz w:val="22"/>
        </w:rPr>
        <w:t>[Target Job Title]</w:t>
      </w:r>
    </w:p>
    <w:p>
      <w:pPr>
        <w:spacing w:after="120"/>
        <w:jc w:val="center"/>
      </w:pPr>
      <w:r>
        <w:rPr>
          <w:b w:val="0"/>
          <w:i w:val="0"/>
          <w:color w:val="333333"/>
          <w:sz w:val="19"/>
        </w:rPr>
        <w:t>[City, State]  |  [Phone]  |  [you@email.com]  |  [linkedin.com/in/you]</w:t>
      </w:r>
    </w:p>
    <w:p>
      <w:pPr>
        <w:spacing w:before="160" w:after="60"/>
        <w:pBdr>
          <w:bottom w:val="single" w:sz="6" w:space="2" w:color="000000"/>
        </w:pBdr>
      </w:pPr>
      <w:r>
        <w:rPr>
          <w:b/>
          <w:color w:val="000000"/>
          <w:sz w:val="23"/>
        </w:rPr>
        <w:t>PROFESSIONAL SUMMARY</w:t>
      </w:r>
    </w:p>
    <w:p>
      <w:pPr>
        <w:spacing w:after="80"/>
      </w:pPr>
      <w:r>
        <w:rPr>
          <w:b w:val="0"/>
          <w:i w:val="0"/>
          <w:sz w:val="21"/>
        </w:rPr>
        <w:t>[Two or three lines that summarise who you are, your years of experience, your strongest skills, and the value you deliver. Lead with the role you are targeting and one or two measurable achievements.]</w:t>
      </w:r>
    </w:p>
    <w:p>
      <w:pPr>
        <w:spacing w:before="160" w:after="60"/>
        <w:pBdr>
          <w:bottom w:val="single" w:sz="6" w:space="2" w:color="000000"/>
        </w:pBdr>
      </w:pPr>
      <w:r>
        <w:rPr>
          <w:b/>
          <w:color w:val="000000"/>
          <w:sz w:val="23"/>
        </w:rPr>
        <w:t>CORE SKILLS</w:t>
      </w:r>
    </w:p>
    <w:p>
      <w:pPr>
        <w:spacing w:after="80"/>
      </w:pPr>
      <w:r>
        <w:rPr>
          <w:b w:val="0"/>
          <w:i w:val="0"/>
          <w:sz w:val="20"/>
        </w:rPr>
        <w:t>[Skill One]  |  [Skill Two]  |  [Skill Three]  |  [Skill Four]  |  [Skill Five]  |  [Skill Six]</w:t>
      </w:r>
    </w:p>
    <w:p>
      <w:pPr>
        <w:spacing w:before="160" w:after="60"/>
        <w:pBdr>
          <w:bottom w:val="single" w:sz="6" w:space="2" w:color="000000"/>
        </w:pBdr>
      </w:pPr>
      <w:r>
        <w:rPr>
          <w:b/>
          <w:color w:val="000000"/>
          <w:sz w:val="23"/>
        </w:rPr>
        <w:t>PROFESSIONAL EXPERIENCE</w:t>
      </w:r>
    </w:p>
    <w:p>
      <w:pPr>
        <w:spacing w:after="0"/>
      </w:pPr>
      <w:r>
        <w:rPr>
          <w:b/>
          <w:i w:val="0"/>
          <w:sz w:val="21"/>
        </w:rPr>
        <w:t>[Most Recent Job Title], [Company], [City]</w:t>
      </w:r>
    </w:p>
    <w:p>
      <w:pPr>
        <w:spacing w:after="40"/>
      </w:pPr>
      <w:r>
        <w:rPr>
          <w:b w:val="0"/>
          <w:i/>
          <w:color w:val="333333"/>
          <w:sz w:val="19"/>
        </w:rPr>
        <w:t>[Month Year] to Present</w:t>
      </w:r>
    </w:p>
    <w:p>
      <w:pPr>
        <w:pStyle w:val="ListBullet"/>
        <w:spacing w:after="20"/>
        <w:ind w:left="288"/>
      </w:pPr>
      <w:r>
        <w:rPr>
          <w:sz w:val="20"/>
        </w:rPr>
        <w:t>[Start with a strong action verb and describe an achievement, then quantify it, for example increased X by 20 percent or managed a team of 8.]</w:t>
      </w:r>
    </w:p>
    <w:p>
      <w:pPr>
        <w:pStyle w:val="ListBullet"/>
        <w:spacing w:after="20"/>
        <w:ind w:left="288"/>
      </w:pPr>
      <w:r>
        <w:rPr>
          <w:sz w:val="20"/>
        </w:rPr>
        <w:t>[Second achievement bullet. Focus on results and impact, not just duties.]</w:t>
      </w:r>
    </w:p>
    <w:p>
      <w:pPr>
        <w:pStyle w:val="ListBullet"/>
        <w:spacing w:after="20"/>
        <w:ind w:left="288"/>
      </w:pPr>
      <w:r>
        <w:rPr>
          <w:sz w:val="20"/>
        </w:rPr>
        <w:t>[Third achievement bullet. Include tools, systems, or metrics where you can.]</w:t>
      </w:r>
    </w:p>
    <w:p>
      <w:pPr>
        <w:spacing w:after="0"/>
      </w:pPr>
      <w:r>
        <w:rPr>
          <w:b/>
          <w:i w:val="0"/>
          <w:sz w:val="21"/>
        </w:rPr>
        <w:t>[Previous Job Title], [Company], [City]</w:t>
      </w:r>
    </w:p>
    <w:p>
      <w:pPr>
        <w:spacing w:after="40"/>
      </w:pPr>
      <w:r>
        <w:rPr>
          <w:b w:val="0"/>
          <w:i/>
          <w:color w:val="333333"/>
          <w:sz w:val="19"/>
        </w:rPr>
        <w:t>[Month Year] to [Month Year]</w:t>
      </w:r>
    </w:p>
    <w:p>
      <w:pPr>
        <w:pStyle w:val="ListBullet"/>
        <w:spacing w:after="20"/>
        <w:ind w:left="288"/>
      </w:pPr>
      <w:r>
        <w:rPr>
          <w:sz w:val="20"/>
        </w:rPr>
        <w:t>[Achievement bullet with a measurable result.]</w:t>
      </w:r>
    </w:p>
    <w:p>
      <w:pPr>
        <w:pStyle w:val="ListBullet"/>
        <w:spacing w:after="20"/>
        <w:ind w:left="288"/>
      </w:pPr>
      <w:r>
        <w:rPr>
          <w:sz w:val="20"/>
        </w:rPr>
        <w:t>[Achievement bullet showing scope or responsibility.]</w:t>
      </w:r>
    </w:p>
    <w:p>
      <w:pPr>
        <w:spacing w:before="160" w:after="60"/>
        <w:pBdr>
          <w:bottom w:val="single" w:sz="6" w:space="2" w:color="000000"/>
        </w:pBdr>
      </w:pPr>
      <w:r>
        <w:rPr>
          <w:b/>
          <w:color w:val="000000"/>
          <w:sz w:val="23"/>
        </w:rPr>
        <w:t>EDUCATION</w:t>
      </w:r>
    </w:p>
    <w:p>
      <w:pPr>
        <w:spacing w:after="0"/>
      </w:pPr>
      <w:r>
        <w:rPr>
          <w:b/>
          <w:i w:val="0"/>
          <w:sz w:val="21"/>
        </w:rPr>
        <w:t>[Degree], [Field of Study]</w:t>
      </w:r>
    </w:p>
    <w:p>
      <w:pPr>
        <w:spacing w:after="80"/>
      </w:pPr>
      <w:r>
        <w:rPr>
          <w:b w:val="0"/>
          <w:i/>
          <w:color w:val="333333"/>
          <w:sz w:val="19"/>
        </w:rPr>
        <w:t>[University], [City]  |  [Year]</w:t>
      </w:r>
    </w:p>
    <w:p>
      <w:pPr>
        <w:spacing w:before="160" w:after="60"/>
        <w:pBdr>
          <w:bottom w:val="single" w:sz="6" w:space="2" w:color="000000"/>
        </w:pBdr>
      </w:pPr>
      <w:r>
        <w:rPr>
          <w:b/>
          <w:color w:val="000000"/>
          <w:sz w:val="23"/>
        </w:rPr>
        <w:t>CERTIFICATIONS</w:t>
      </w:r>
    </w:p>
    <w:p>
      <w:pPr>
        <w:spacing w:after="80"/>
      </w:pPr>
      <w:r>
        <w:rPr>
          <w:b w:val="0"/>
          <w:i w:val="0"/>
          <w:sz w:val="20"/>
        </w:rPr>
        <w:t>[Certification Name], [Issuer], [Year]</w:t>
      </w:r>
    </w:p>
    <w:sectPr w:rsidR="00FC693F" w:rsidRPr="0006063C" w:rsidSect="00034616">
      <w:pgSz w:w="12240" w:h="15840"/>
      <w:pgMar w:top="864" w:right="1080" w:bottom="79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4"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